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Mindelo, São Vicente, Cape Verde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West Africa meets Portugal — Mindelo is a sun-bleached port city famous for morna, the soulful music of Cesária Évora, pastel colonial streetscapes, and one of the Atlantic's most scenic natural harbors.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(Porto Grande) · 🕒 Typical call: 7-9 hrs · 💶 Cape Verdean Escudo (EUR widely accepted) · 🗣️ Portuguese &amp; Cape Verdean Creole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Porto Grande pier, 1 km walk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~10–15 min on foot; taxis at port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music, beaches, island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Live morna at a Mindelo bar or café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€1.50–€5 (150–500 CVE) to city center — Taxis wait outside the terminal gate. There are no meters — negotiate the fare before you get in. Euros are widely accep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Mindelo City &amp; Morna Music Walk — </w:t>
      </w:r>
      <w:r>
        <w:rPr>
          <w:rFonts w:ascii="Arial" w:hAnsi="Arial" w:cs="Arial"/>
          <w:b w:val="0"/>
          <w:i w:val="0"/>
          <w:sz w:val="20"/>
        </w:rPr>
        <w:t>Explore the Palácio do Povo, Mercado Municipal, and the Torre de Belém harbor replica.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Verde Summit — </w:t>
      </w:r>
      <w:r>
        <w:rPr>
          <w:rFonts w:ascii="Arial" w:hAnsi="Arial" w:cs="Arial"/>
          <w:b w:val="0"/>
          <w:i w:val="0"/>
          <w:sz w:val="20"/>
        </w:rPr>
        <w:t>São Vicente's highest peak (750 m) rewards with panoramic views of Mindelo harbor and, on clear days, the green ridges of Santo…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Santo Antão — </w:t>
      </w:r>
      <w:r>
        <w:rPr>
          <w:rFonts w:ascii="Arial" w:hAnsi="Arial" w:cs="Arial"/>
          <w:b w:val="0"/>
          <w:i w:val="0"/>
          <w:sz w:val="20"/>
        </w:rPr>
        <w:t>A 1-hour ferry from Mindelo drops you on one of the Atlantic's most dramatic islands — steep ribeiras (valleys), terraced farms…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Baía das Gatas &amp; Salamansa Beaches — </w:t>
      </w:r>
      <w:r>
        <w:rPr>
          <w:rFonts w:ascii="Arial" w:hAnsi="Arial" w:cs="Arial"/>
          <w:b w:val="0"/>
          <w:i w:val="0"/>
          <w:sz w:val="20"/>
        </w:rPr>
        <w:t>A 20-minute taxi ride to the natural lagoon beach at Baía das Gatas or the windsurf-friendly sands at Salamansa.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Turtle Snorkeling at São Pedro — </w:t>
      </w:r>
      <w:r>
        <w:rPr>
          <w:rFonts w:ascii="Arial" w:hAnsi="Arial" w:cs="Arial"/>
          <w:b w:val="0"/>
          <w:i w:val="0"/>
          <w:sz w:val="20"/>
        </w:rPr>
        <w:t>The sheltered waters around São Pedro (southwest coast of São Vicente, near the airport) host green sea turtles, often drawn…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 Grande to City Center: </w:t>
      </w:r>
      <w:r>
        <w:rPr>
          <w:rFonts w:ascii="Arial" w:hAnsi="Arial" w:cs="Arial"/>
          <w:b w:val="0"/>
          <w:i w:val="0"/>
          <w:sz w:val="20"/>
        </w:rPr>
        <w:t>1 km · 10–15 min · flat waterfront — Follow Av.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to Praia da Laginha: </w:t>
      </w:r>
      <w:r>
        <w:rPr>
          <w:rFonts w:ascii="Arial" w:hAnsi="Arial" w:cs="Arial"/>
          <w:b w:val="0"/>
          <w:i w:val="0"/>
          <w:sz w:val="20"/>
        </w:rPr>
        <w:t>1.5 km · 20 min · flat coastal path — From Praça Amilcar Cabral head north along the waterfront to Mindelo's popular city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6:08AM–7:03PM · Jul 6:14AM–7:16PM · Sep 6:28AM–6:41PM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cruiseports.org/cape-verde-islands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Mindelo, São Vicente, Cape Verde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pe-verde-island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People's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Belem Tower Replica | Museum of the Sea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Núcleo Museológico Cesária Évora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Fortim do Rei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Zoom Zoom Mindelo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Laginha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Mansa Floating Hub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