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Cape Town, Western Cape, South Africa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Framed by the flat-topped silhouette of Table Mountain and fronted by one of the world's most beautiful natural harbours, Cape Town delivers bucket-list scenery the moment your ship ties up at the V&amp;A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V&amp;A Waterfront · 🕒 Typical call: 8-12 hrs · 💵 South African Rand (ZAR); cards widely accepted · 🗣️ English, Afrikaans, Xhosa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Cape Town Cruise Terminal (E-Berth, Duncan Dock) — adjacent to the V&amp;A Waterfront harbour precinct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Short walk/shuttle to Waterfront shops &amp; restaurants; 20-min Uber to City Bowl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Mountain hikes, wildlife, history,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Table Mountain cable car or hike; Robben Island ferry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R80–R200 (~$4–$11) — Metered taxis available at the cruise terminal. Short 15-minute ride to the city center or V&amp;A Waterfront. Agree on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Cape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Table Mountain Cable Car — </w:t>
      </w:r>
      <w:r>
        <w:rPr>
          <w:rFonts w:ascii="Arial" w:hAnsi="Arial" w:cs="Arial"/>
          <w:b w:val="0"/>
          <w:i w:val="0"/>
          <w:sz w:val="20"/>
        </w:rPr>
        <w:t>Ride the revolving cable car to the 1,086 m summit for sweeping views over the Cape Peninsula, harbour, and Robben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Robben Island — </w:t>
      </w:r>
      <w:r>
        <w:rPr>
          <w:rFonts w:ascii="Arial" w:hAnsi="Arial" w:cs="Arial"/>
          <w:b w:val="0"/>
          <w:i w:val="0"/>
          <w:sz w:val="20"/>
        </w:rPr>
        <w:t>Board the ferry from the V&amp;A Waterfront for a guided tour of the island where Nelson Mandela was imprisoned for 18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Boulders Beach African Penguins — </w:t>
      </w:r>
      <w:r>
        <w:rPr>
          <w:rFonts w:ascii="Arial" w:hAnsi="Arial" w:cs="Arial"/>
          <w:b w:val="0"/>
          <w:i w:val="0"/>
          <w:sz w:val="20"/>
        </w:rPr>
        <w:t>Drive 45 minutes to Simon's Town to walk among a colony of African penguins on a sheltered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Point &amp; Cape of Good Hope — </w:t>
      </w:r>
      <w:r>
        <w:rPr>
          <w:rFonts w:ascii="Arial" w:hAnsi="Arial" w:cs="Arial"/>
          <w:b w:val="0"/>
          <w:i w:val="0"/>
          <w:sz w:val="20"/>
        </w:rPr>
        <w:t>Journey to the dramatic tip of the Cape Peninsula — sheer cliffs, wild ocean, and the famous Cape Point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Winelands — Stellenbosch &amp; Franschhoek — </w:t>
      </w:r>
      <w:r>
        <w:rPr>
          <w:rFonts w:ascii="Arial" w:hAnsi="Arial" w:cs="Arial"/>
          <w:b w:val="0"/>
          <w:i w:val="0"/>
          <w:sz w:val="20"/>
        </w:rPr>
        <w:t>Head 40 minutes inland to the Cape Winelands for estate tastings, award-winning restaurants, and mountain scenery.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V&amp;A Waterfront &amp; Clock Tower Stroll: </w:t>
      </w:r>
      <w:r>
        <w:rPr>
          <w:rFonts w:ascii="Arial" w:hAnsi="Arial" w:cs="Arial"/>
          <w:b w:val="0"/>
          <w:i w:val="0"/>
          <w:sz w:val="20"/>
        </w:rPr>
        <w:t>1-2 hrs · Easy · Free — Explore the working harbour directly from the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Point to Sea Point Promenade: </w:t>
      </w:r>
      <w:r>
        <w:rPr>
          <w:rFonts w:ascii="Arial" w:hAnsi="Arial" w:cs="Arial"/>
          <w:b w:val="0"/>
          <w:i w:val="0"/>
          <w:sz w:val="20"/>
        </w:rPr>
        <w:t>2-3 hrs · Easy · Scenic — Uber or walk to Green Point and follow the paved Sea Point Promenade along the Atlantic Ocean.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7:31AM–5:53PM · Jul 7:49AM–5:55PM · Sep 6:45AM–6:37PM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cruiseports.org/cape-town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Cape Town, Western Cape, South Africa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e-tow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Good Hope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Greenmarket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Iziko Bo-Kaap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Cape Golf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Kirstenbosch National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Two Oceans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DHL Stadium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Cape Gallery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