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Cape Liberty, New Jersey,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New York City's home port with front-row views of the Manhattan skyline and Lady Liberty herself. You're 20 minutes from Midtown and steps from the greatest city on earth.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Home port (embark/debark) · 💵 USD · 🗣️ English · 🗽 New York City gateway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Drive-on pier; no tendering. Ships dock directly at the Cape Liberty terminal on the Peninsula at Bayonne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Manhattan: </w:t>
      </w:r>
      <w:r>
        <w:rPr>
          <w:rFonts w:ascii="Arial" w:hAnsi="Arial" w:cs="Arial"/>
          <w:b w:val="0"/>
          <w:i w:val="0"/>
          <w:sz w:val="20"/>
        </w:rPr>
        <w:t>~20-30 min by taxi/Uber ($60–$95); or Light Rail to Exchange Place + PATH train (~45 min, ~$4.35 total).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NYC sightseeing, Statue of Liberty ferry, Liberty State Park, pre- or post-cruise city time.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Liberty State Park views and the ferry to Ellis Island and the Statue of Liberty — reachable in under an hour.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Manhattan ~$120–180+ (tolls extra) — Traditional taxis are available at the terminal. Cross-river fares to Manhattan are expensive due to tolls; taxis to Bay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Statue of Liberty &amp; Ellis Island — </w:t>
      </w:r>
      <w:r>
        <w:rPr>
          <w:rFonts w:ascii="Arial" w:hAnsi="Arial" w:cs="Arial"/>
          <w:b w:val="0"/>
          <w:i w:val="0"/>
          <w:sz w:val="20"/>
        </w:rPr>
        <w:t>Take a Statue Cruises ferry from Liberty State Park in Jersey City to the Statue of Liberty National Monument and Ellis Island…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Manhattan Highlights Tour — </w:t>
      </w:r>
      <w:r>
        <w:rPr>
          <w:rFonts w:ascii="Arial" w:hAnsi="Arial" w:cs="Arial"/>
          <w:b w:val="0"/>
          <w:i w:val="0"/>
          <w:sz w:val="20"/>
        </w:rPr>
        <w:t>Times Square, Central Park, 9/11 Memorial, the High Line, Rockefeller Center — countless tour operators run NYC highlights tours…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9/11 Memorial &amp; Museum — </w:t>
      </w:r>
      <w:r>
        <w:rPr>
          <w:rFonts w:ascii="Arial" w:hAnsi="Arial" w:cs="Arial"/>
          <w:b w:val="0"/>
          <w:i w:val="0"/>
          <w:sz w:val="20"/>
        </w:rPr>
        <w:t>The National September 11 Memorial &amp; Museum at the World Trade Center site in Lower Manhattan is a powerful, unmissable experience.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Liberty State Park Walk — </w:t>
      </w:r>
      <w:r>
        <w:rPr>
          <w:rFonts w:ascii="Arial" w:hAnsi="Arial" w:cs="Arial"/>
          <w:b w:val="0"/>
          <w:i w:val="0"/>
          <w:sz w:val="20"/>
        </w:rPr>
        <w:t>A short taxi or rideshare from Cape Liberty, Liberty State Park in Jersey City offers sweeping views of the Manhattan skyline…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NYC Food Tour — </w:t>
      </w:r>
      <w:r>
        <w:rPr>
          <w:rFonts w:ascii="Arial" w:hAnsi="Arial" w:cs="Arial"/>
          <w:b w:val="0"/>
          <w:i w:val="0"/>
          <w:sz w:val="20"/>
        </w:rPr>
        <w:t>From Brooklyn pizza to Lower East Side delis to Chelsea Market — New York's food scene is world-class.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Liberty State Park Waterfront Walk: </w:t>
      </w:r>
      <w:r>
        <w:rPr>
          <w:rFonts w:ascii="Arial" w:hAnsi="Arial" w:cs="Arial"/>
          <w:b w:val="0"/>
          <w:i w:val="0"/>
          <w:sz w:val="20"/>
        </w:rPr>
        <w:t>~2 miles | Easy | Free — From the park's main waterfront promenade, enjoy uninterrupted views of the Manhattan skyline…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Bayonne Harbor Stroll: </w:t>
      </w:r>
      <w:r>
        <w:rPr>
          <w:rFonts w:ascii="Arial" w:hAnsi="Arial" w:cs="Arial"/>
          <w:b w:val="0"/>
          <w:i w:val="0"/>
          <w:sz w:val="20"/>
        </w:rPr>
        <w:t>~1 mile | Easy | Terminal area — The Peninsula at Bayonne Harbor offers harbor views just outside the terminal.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6:41AM–9:23PM · Jul 6:39AM–9:44PM · Sep 7:45AM–8:15PM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cruiseports.org/cape-liberty-bayonne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Cape Liberty, New Jersey,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pe-liberty-bayon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Times Square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Liberty Science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Battery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Washington Square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 York Stock Exchange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Whitney Museum of American Art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Prospect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Brooklyn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