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Cancun, Quintana Roo, Mexico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Gateway to the Riviera Maya, Cancun delivers ancient Mayan wonders, jade-green cenotes, and a postcard-perfect Caribbean coastline — all within reach of a single shore day.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at Puerto Morelos pier · 🕒 Typical call: 8–10 hrs · 💵 Mexican Pesos (USD widely accepted) · 🗣️ Spanish (English common in tourist zones)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Most large ships dock at Puerto Morelos, ~36 km south of Cancun's Hotel Zone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 Hotel Zone: </w:t>
      </w:r>
      <w:r>
        <w:rPr>
          <w:rFonts w:ascii="Arial" w:hAnsi="Arial" w:cs="Arial"/>
          <w:b w:val="0"/>
          <w:i w:val="0"/>
          <w:sz w:val="20"/>
        </w:rPr>
        <w:t>~40 min by taxi or shuttle from Puerto Morelos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Mayan ruins, cenote swimming, Isla Mujeres, Caribbean beaches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Chichen Itza pyramid, snorkeling MUSA underwater museum, Isla Mujeres ferry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$25–40 USD — Most cruise ships dock at Puerto Morelos, about 40 minutes from Cancun city center. Taxis have fixed rates — agree on th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DiDi, inDrive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Turibus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Chichen Itza — New Wonder of the World — </w:t>
      </w:r>
      <w:r>
        <w:rPr>
          <w:rFonts w:ascii="Arial" w:hAnsi="Arial" w:cs="Arial"/>
          <w:b w:val="0"/>
          <w:i w:val="0"/>
          <w:sz w:val="20"/>
        </w:rPr>
        <w:t>UNESCO-listed and one of the most iconic Mayan sites on Earth.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Tulum Ruins &amp; Riviera Maya — </w:t>
      </w:r>
      <w:r>
        <w:rPr>
          <w:rFonts w:ascii="Arial" w:hAnsi="Arial" w:cs="Arial"/>
          <w:b w:val="0"/>
          <w:i w:val="0"/>
          <w:sz w:val="20"/>
        </w:rPr>
        <w:t>Compact Mayan clifftop ruins overlooking turquoise Caribbean water — one of the most photographed sites in Mexico.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Cenote Swimming &amp; Snorkeling — </w:t>
      </w:r>
      <w:r>
        <w:rPr>
          <w:rFonts w:ascii="Arial" w:hAnsi="Arial" w:cs="Arial"/>
          <w:b w:val="0"/>
          <w:i w:val="0"/>
          <w:sz w:val="20"/>
        </w:rPr>
        <w:t>The Yucatán Peninsula is riddled with freshwater sinkholes.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Isla Mujeres Day Trip — </w:t>
      </w:r>
      <w:r>
        <w:rPr>
          <w:rFonts w:ascii="Arial" w:hAnsi="Arial" w:cs="Arial"/>
          <w:b w:val="0"/>
          <w:i w:val="0"/>
          <w:sz w:val="20"/>
        </w:rPr>
        <w:t>Tiny car-free island just 13 km offshore with the best snorkeling in the bay, Playa Norte (one of Mexico's finest beaches),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MUSA Underwater Museum — </w:t>
      </w:r>
      <w:r>
        <w:rPr>
          <w:rFonts w:ascii="Arial" w:hAnsi="Arial" w:cs="Arial"/>
          <w:b w:val="0"/>
          <w:i w:val="0"/>
          <w:sz w:val="20"/>
        </w:rPr>
        <w:t>Over 500 life-size sculptures submerged 4–9 m off Cancun's coast, forming an artificial reef.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Hotel Zone Beachfront Stroll: </w:t>
      </w:r>
      <w:r>
        <w:rPr>
          <w:rFonts w:ascii="Arial" w:hAnsi="Arial" w:cs="Arial"/>
          <w:b w:val="0"/>
          <w:i w:val="0"/>
          <w:sz w:val="20"/>
        </w:rPr>
        <w:t>3–4 km · Easy · Beaches &amp; lagoon views — Walk Blvd.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Downtown Cancun Market Walk: </w:t>
      </w:r>
      <w:r>
        <w:rPr>
          <w:rFonts w:ascii="Arial" w:hAnsi="Arial" w:cs="Arial"/>
          <w:b w:val="0"/>
          <w:i w:val="0"/>
          <w:sz w:val="20"/>
        </w:rPr>
        <w:t>1–2 km · Easy · Local food &amp; souvenirs — Start at Mercado 28 for bargain-priced souvenirs and traditional Mexican food stalls, then walk to…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6:09AM–7:18PM · Jul 6:14AM–7:31PM · Sep 6:34AM–6:49PM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cruiseports.org/cancun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Cancun, Quintana Roo, Mexico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ancu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Delphinus Punta Cancún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Experiencias Cancun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EcoColors Tours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Catedral de Cancún (La Santa Cruz y de la Santísima Trinidad)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Museo Maya de Cancún y Zona Arqueológica de San Miguelito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Holy Family Parish Cancun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Columbus Romantic Dinner Cancun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Planetario De Cancún Ka´Yok´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