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Campeche, Campeche,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Mexico's only fully walled city is a living museum — pastel-painted mansions, pirate-proof bastions, and Mayan treasures all within easy walking distance of the waterfront.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small pier (no large cruise terminal) · 🕒 Typical call: 6-8 hrs · 💵 Mexican Peso (MXN); USD widely accepted · 🗣️ Spanish; limited English in tourist areas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pier or tender; no deep-water cruise terminal. Mostly boutique and expedition ships call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walk or short taxi ride from the waterfront to the historic walled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UNESCO architecture, pirate fortifications, Mayan archaeology.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Strolling the Baluartes (bastions), Calle 59, and the panoramic views from Fuerte de San Miguel.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MXN $75–150 (~$4–8 USD) — Metered or zone-based taxis available outside the port to the historic city center (~4 min). Agree on the fare before bo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Walled City Walking Tour — </w:t>
      </w:r>
      <w:r>
        <w:rPr>
          <w:rFonts w:ascii="Arial" w:hAnsi="Arial" w:cs="Arial"/>
          <w:b w:val="0"/>
          <w:i w:val="0"/>
          <w:sz w:val="20"/>
        </w:rPr>
        <w:t>Walk the circuit of 17th-century bastions (Baluartes) built to repel pirates, pass through the Puerta de Mar and Puerta de Tierra…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Edzná Mayan Ruins — </w:t>
      </w:r>
      <w:r>
        <w:rPr>
          <w:rFonts w:ascii="Arial" w:hAnsi="Arial" w:cs="Arial"/>
          <w:b w:val="0"/>
          <w:i w:val="0"/>
          <w:sz w:val="20"/>
        </w:rPr>
        <w:t>About 55 km from the city, Edzná is one of the Yucatán Peninsula's most impressive — and least crowded — Mayan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Fuerte de San Miguel &amp; Archaeological Museum — </w:t>
      </w:r>
      <w:r>
        <w:rPr>
          <w:rFonts w:ascii="Arial" w:hAnsi="Arial" w:cs="Arial"/>
          <w:b w:val="0"/>
          <w:i w:val="0"/>
          <w:sz w:val="20"/>
        </w:rPr>
        <w:t>This hilltop 18th-century fort southwest of the city houses the Museo Arqueológico de Campeche, displaying extraordinary Mayan…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Stroll &amp; Calle 59 — </w:t>
      </w:r>
      <w:r>
        <w:rPr>
          <w:rFonts w:ascii="Arial" w:hAnsi="Arial" w:cs="Arial"/>
          <w:b w:val="0"/>
          <w:i w:val="0"/>
          <w:sz w:val="20"/>
        </w:rPr>
        <w:t>Walk the breezy Gulf waterfront promenade past sculptures and monuments, then head into the walled city via Calle 59 — the iconic…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 Petenes Biosphere Reserve Boat Tour — </w:t>
      </w:r>
      <w:r>
        <w:rPr>
          <w:rFonts w:ascii="Arial" w:hAnsi="Arial" w:cs="Arial"/>
          <w:b w:val="0"/>
          <w:i w:val="0"/>
          <w:sz w:val="20"/>
        </w:rPr>
        <w:t>North of the city, the Los Petenes reserve protects one of Mexico's most unusual ecosystems — freshwater springs (petenes)…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Baluartes Circuit Walk: </w:t>
      </w:r>
      <w:r>
        <w:rPr>
          <w:rFonts w:ascii="Arial" w:hAnsi="Arial" w:cs="Arial"/>
          <w:b w:val="0"/>
          <w:i w:val="0"/>
          <w:sz w:val="20"/>
        </w:rPr>
        <w:t>2 km loop | ~45 min | Easy, flat — Walk the full circuit of Campeche's 17th-century defensive bastions that ring the historic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Calle 59 to the Malecón: </w:t>
      </w:r>
      <w:r>
        <w:rPr>
          <w:rFonts w:ascii="Arial" w:hAnsi="Arial" w:cs="Arial"/>
          <w:b w:val="0"/>
          <w:i w:val="0"/>
          <w:sz w:val="20"/>
        </w:rPr>
        <w:t>1.5 km one-way | ~20 min | Very easy — Enter the walled city through the inland Puerta de Tierra (Land Gate), walk the length of Calle 59…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5:26AM–6:30PM · Jul 5:31AM–6:44PM · Sep 5:49AM–6:04PM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cruiseports.org/campeche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Campeche, Campeche,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mpech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Mansión Carvajal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Campeche Archaeological Museum, Fort San Miguel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Baluarte de la Soledad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Bonita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Ximbal Parque Recreativo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San Román / Santuario del Santo Cristo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San Roque y San Francisquito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