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Campbell Island, Subantarctic,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places a cruise ship can go, Campbell Island rewards expedition travellers with nesting Royal Albatross, seas of giant wildflowers, and a silence that feels prehistoric.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tender (no pier) · 🕒 Typical call: 5–7 hrs · 💵 NZD (no facilities ashore) · 🗣️ English / DOC permit required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tender from anchorage in Perseverance Harbour; no pier for cruise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Season: </w:t>
      </w:r>
      <w:r>
        <w:rPr>
          <w:rFonts w:ascii="Arial" w:hAnsi="Arial" w:cs="Arial"/>
          <w:b w:val="0"/>
          <w:i w:val="0"/>
          <w:sz w:val="20"/>
        </w:rPr>
        <w:t>November – March (Southern Hemisphere summer)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albatross breeding colonies, megaherb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 Lyall Saddle boardwalk — nesting Southern Royal Albatross at close range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 Lyall Saddle Albatross Walk — </w:t>
      </w:r>
      <w:r>
        <w:rPr>
          <w:rFonts w:ascii="Arial" w:hAnsi="Arial" w:cs="Arial"/>
          <w:b w:val="0"/>
          <w:i w:val="0"/>
          <w:sz w:val="20"/>
        </w:rPr>
        <w:t>The signature Campbell Island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Megaherb Meadow Exploration — </w:t>
      </w:r>
      <w:r>
        <w:rPr>
          <w:rFonts w:ascii="Arial" w:hAnsi="Arial" w:cs="Arial"/>
          <w:b w:val="0"/>
          <w:i w:val="0"/>
          <w:sz w:val="20"/>
        </w:rPr>
        <w:t>Campbell Island's megaherbs — Ross lilies, Campbell Island carrot, and Pleurophyllum daisies with dinner-plate-sized leaves…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Wildlife Cruise — </w:t>
      </w:r>
      <w:r>
        <w:rPr>
          <w:rFonts w:ascii="Arial" w:hAnsi="Arial" w:cs="Arial"/>
          <w:b w:val="0"/>
          <w:i w:val="0"/>
          <w:sz w:val="20"/>
        </w:rPr>
        <w:t>Cruise Perseverance Harbour by Zodiac to spot New Zealand sea lions hauled out on the beach, fur seals, and seabirds including…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Beeman Base &amp; Station History — </w:t>
      </w:r>
      <w:r>
        <w:rPr>
          <w:rFonts w:ascii="Arial" w:hAnsi="Arial" w:cs="Arial"/>
          <w:b w:val="0"/>
          <w:i w:val="0"/>
          <w:sz w:val="20"/>
        </w:rPr>
        <w:t>The former NZ meteorological station at Beeman Cove tells a fascinating story of isolation.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 Lyall Saddle Boardwalk: </w:t>
      </w:r>
      <w:r>
        <w:rPr>
          <w:rFonts w:ascii="Arial" w:hAnsi="Arial" w:cs="Arial"/>
          <w:b w:val="0"/>
          <w:i w:val="0"/>
          <w:sz w:val="20"/>
        </w:rPr>
        <w:t>2–3 hrs · Moderate · Out-and-back — From the landing beach, the boardwalk winds up through megaherb fields to Col Lyall Saddle.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Perseverance Harbour Shoreline: </w:t>
      </w:r>
      <w:r>
        <w:rPr>
          <w:rFonts w:ascii="Arial" w:hAnsi="Arial" w:cs="Arial"/>
          <w:b w:val="0"/>
          <w:i w:val="0"/>
          <w:sz w:val="20"/>
        </w:rPr>
        <w:t>1 hr · Easy · Flat — A short guided walk along the harbour shore past sea lion haul-outs and tussock grassland.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5:37AM–9:21PM · Jul 5:30AM–9:45PM · Sep 7:08AM–7:45PM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cruiseports.org/campbell-island-nz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