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Calvi, Corsica,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Calvi pairs a dramatic Genoese citadel on a clifftop with one of Corsica's finest beaches — and tender drop-off lands you smack in the middle of it all. Most of the port's highlights are an easy stroll from the quay.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(anchor in bay) · 🕒 Typical call: 8-10 hrs · 💶 Currency: Euro (EUR) · 🗣️ Language: French / Corsican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Quai Landry, Port de Plaisance — central marina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— tenders land in the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beach, Scandola boat trip, Corsican 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Calvi Citadel ramparts at sunset; Scandola Nature Reserve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€15–€30 — Taxis wait near the marina. Useful for reaching nearby beaches (e.g., Plage de l'Arinella, ~€15–€20 return) or Notre Dam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Calvi Citadel &amp; Cathedral — </w:t>
      </w:r>
      <w:r>
        <w:rPr>
          <w:rFonts w:ascii="Arial" w:hAnsi="Arial" w:cs="Arial"/>
          <w:b w:val="0"/>
          <w:i w:val="0"/>
          <w:sz w:val="20"/>
        </w:rPr>
        <w:t>Climb the cobblestone ramparts of this 13th-century Genoese fortress for 360° views of bay and mountains.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Scandola Nature Reserve Boat Trip — </w:t>
      </w:r>
      <w:r>
        <w:rPr>
          <w:rFonts w:ascii="Arial" w:hAnsi="Arial" w:cs="Arial"/>
          <w:b w:val="0"/>
          <w:i w:val="0"/>
          <w:sz w:val="20"/>
        </w:rPr>
        <w:t>UNESCO-listed volcanic cliffs, osprey nests, and turquoise caves accessible only by sea.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Plage de Calvi Beach Day — </w:t>
      </w:r>
      <w:r>
        <w:rPr>
          <w:rFonts w:ascii="Arial" w:hAnsi="Arial" w:cs="Arial"/>
          <w:b w:val="0"/>
          <w:i w:val="0"/>
          <w:sz w:val="20"/>
        </w:rPr>
        <w:t>Six kilometres of soft white sand backed by a pine forest, within easy walk of the tender quay.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Notre Dame de la Serra Hike — </w:t>
      </w:r>
      <w:r>
        <w:rPr>
          <w:rFonts w:ascii="Arial" w:hAnsi="Arial" w:cs="Arial"/>
          <w:b w:val="0"/>
          <w:i w:val="0"/>
          <w:sz w:val="20"/>
        </w:rPr>
        <w:t>An uphill trail (roughly 5 km round trip from town) leads to this hilltop chapel overlooking Calvi Bay and the Revellata peninsula.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Balagne Village Tour — </w:t>
      </w:r>
      <w:r>
        <w:rPr>
          <w:rFonts w:ascii="Arial" w:hAnsi="Arial" w:cs="Arial"/>
          <w:b w:val="0"/>
          <w:i w:val="0"/>
          <w:sz w:val="20"/>
        </w:rPr>
        <w:t>The hinterland villages of Lumio, Pigna, and Sant'Antonino perch on rocky hilltops above olive groves and maquis scrub.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Marina to Citadel Loop: </w:t>
      </w:r>
      <w:r>
        <w:rPr>
          <w:rFonts w:ascii="Arial" w:hAnsi="Arial" w:cs="Arial"/>
          <w:b w:val="0"/>
          <w:i w:val="0"/>
          <w:sz w:val="20"/>
        </w:rPr>
        <w:t>1.5 km · 30-45 min · moderate uphill — From the tender quay, walk north along Quai Landry, then climb the cobbled Rue Clemenceau up…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Boardwalk Stroll: </w:t>
      </w:r>
      <w:r>
        <w:rPr>
          <w:rFonts w:ascii="Arial" w:hAnsi="Arial" w:cs="Arial"/>
          <w:b w:val="0"/>
          <w:i w:val="0"/>
          <w:sz w:val="20"/>
        </w:rPr>
        <w:t>2-4 km · 30-60 min · easy flat — Head east from the marina along the pine-fringed boardwalk skirting Plage de Calvi.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6:03AM–8:40PM · Jul 6:01AM–9:00PM · Sep 7:05AM–7:34PM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cruiseports.org/calvi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Calvi, Corsica,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lv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l'Arinella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Calvi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Fruitier Botanical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du Roncu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CALVI EVASION - Promenades en Mer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Oscelluccia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