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Caleta Tortel, Aysén,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There are no roads in Caleta Tortel — around 7 km of raised cypress-wood boardwalks connecting stilt houses above a glacier-fed fjord. One of Patagonia's most remarkable expedition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expedition ships anchor offshore; passengers zodiac or small-boat to main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arrive at the boardwalk network — the whole village is on foot, no roads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Unique Patagonian architecture, glacier boat tours, Isla de los Muertos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trip to Jorge Montt Glacier or Isla de los Muertos (Island of the Dead)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Jorge Montt Glacier Boat Tour — </w:t>
      </w:r>
      <w:r>
        <w:rPr>
          <w:rFonts w:ascii="Arial" w:hAnsi="Arial" w:cs="Arial"/>
          <w:b w:val="0"/>
          <w:i w:val="0"/>
          <w:sz w:val="20"/>
        </w:rPr>
        <w:t>A full-day boat trip through the fjords of Bernardo O'Higgins National Park to reach the Jorge Montt tidewater glacier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de los Muertos — </w:t>
      </w:r>
      <w:r>
        <w:rPr>
          <w:rFonts w:ascii="Arial" w:hAnsi="Arial" w:cs="Arial"/>
          <w:b w:val="0"/>
          <w:i w:val="0"/>
          <w:sz w:val="20"/>
        </w:rPr>
        <w:t>A short boat ride to the Island of the Dead, a National Historical Monument where about 33 weathered cypress crosses mark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Vigía Hike — </w:t>
      </w:r>
      <w:r>
        <w:rPr>
          <w:rFonts w:ascii="Arial" w:hAnsi="Arial" w:cs="Arial"/>
          <w:b w:val="0"/>
          <w:i w:val="0"/>
          <w:sz w:val="20"/>
        </w:rPr>
        <w:t>A half-day hike up Cerro Vigía (also called Cerro Bandera) above the village for panoramic views of the Baker River Delta…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Steffen Glacier Boat Tour — </w:t>
      </w:r>
      <w:r>
        <w:rPr>
          <w:rFonts w:ascii="Arial" w:hAnsi="Arial" w:cs="Arial"/>
          <w:b w:val="0"/>
          <w:i w:val="0"/>
          <w:sz w:val="20"/>
        </w:rPr>
        <w:t>Boat trip through Steffen Fjord and up the Huemules River basin to the Steffen Glacier lagoon, the southernmost outlet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Explore the Cypress Boardwalks — </w:t>
      </w:r>
      <w:r>
        <w:rPr>
          <w:rFonts w:ascii="Arial" w:hAnsi="Arial" w:cs="Arial"/>
          <w:b w:val="0"/>
          <w:i w:val="0"/>
          <w:sz w:val="20"/>
        </w:rPr>
        <w:t>Wander the roughly 7 km of hand-built Guaitecas cypress walkways that ARE the village — past stilt houses, a small school,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Boardwalk Loop: </w:t>
      </w:r>
      <w:r>
        <w:rPr>
          <w:rFonts w:ascii="Arial" w:hAnsi="Arial" w:cs="Arial"/>
          <w:b w:val="0"/>
          <w:i w:val="0"/>
          <w:sz w:val="20"/>
        </w:rPr>
        <w:t>1–2 hrs · Easy · Flat to moderate stairs — Start at the main dock and follow the boardwalks uphill past the central plaza, the small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Ancha &amp; Cerro Vigía Trail: </w:t>
      </w:r>
      <w:r>
        <w:rPr>
          <w:rFonts w:ascii="Arial" w:hAnsi="Arial" w:cs="Arial"/>
          <w:b w:val="0"/>
          <w:i w:val="0"/>
          <w:sz w:val="20"/>
        </w:rPr>
        <w:t>~7 km · Moderate · Half day — From the top of the village boardwalk, follow the trail through native forest to Playa Ancha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9:14AM–6:26PM · Jul 9:37AM–6:23PM · Sep 7:57AM–7:42PM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cruiseports.org/caleta-tortel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