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Cais da Lixa, Covelo, Portugal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marina on the Douro River, Cais da Lixa is your gateway to Portugal's famous wine country, the golden city of Porto, and Gondomar's centuries-old filigree craft tradition.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4–6 hrs · 💶 Currency: Euro (€) · 🗣️ Language: Portuguese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— ships dock directly at Marina da Lixa, no tender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Covelo village ~5 min on foot; Gondomar town ~20 min by taxi/Uber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River scenery, Port wine excursions, filigree jewelry, Porto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glass of Port at Restaurante O Lixa with Douro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€15–€35 — Local taxis serve the marina. Expect roughly €15–€20 to Gondomar town and €25–€35 to central Porto, depending on traffic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Porto City &amp; Port Wine Cellars — </w:t>
      </w:r>
      <w:r>
        <w:rPr>
          <w:rFonts w:ascii="Arial" w:hAnsi="Arial" w:cs="Arial"/>
          <w:b w:val="0"/>
          <w:i w:val="0"/>
          <w:sz w:val="20"/>
        </w:rPr>
        <w:t>Head downstream to Porto — one of Europe's most photogenic cities.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Douro Valley Quinta Wine Tour — </w:t>
      </w:r>
      <w:r>
        <w:rPr>
          <w:rFonts w:ascii="Arial" w:hAnsi="Arial" w:cs="Arial"/>
          <w:b w:val="0"/>
          <w:i w:val="0"/>
          <w:sz w:val="20"/>
        </w:rPr>
        <w:t>Drive east into the Douro Valley UNESCO wine region to visit a historic quinta (wine estate), walk the terraced vineyards,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Gondomar Filigree Artisan Workshop — </w:t>
      </w:r>
      <w:r>
        <w:rPr>
          <w:rFonts w:ascii="Arial" w:hAnsi="Arial" w:cs="Arial"/>
          <w:b w:val="0"/>
          <w:i w:val="0"/>
          <w:sz w:val="20"/>
        </w:rPr>
        <w:t>Gondomar is Portugal's capital of filigree jewellery.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Serras do Porto Park — Buggy or Hike — </w:t>
      </w:r>
      <w:r>
        <w:rPr>
          <w:rFonts w:ascii="Arial" w:hAnsi="Arial" w:cs="Arial"/>
          <w:b w:val="0"/>
          <w:i w:val="0"/>
          <w:sz w:val="20"/>
        </w:rPr>
        <w:t>The hilly Serras do Porto park is a short drive from the marina.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Douro River Kayak or Paddleboard — </w:t>
      </w:r>
      <w:r>
        <w:rPr>
          <w:rFonts w:ascii="Arial" w:hAnsi="Arial" w:cs="Arial"/>
          <w:b w:val="0"/>
          <w:i w:val="0"/>
          <w:sz w:val="20"/>
        </w:rPr>
        <w:t>Marina da Lixa offers kayak and paddleboard rentals and guided river tours directly from the dock.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Promenade &amp; Covelo Riverfront: </w:t>
      </w:r>
      <w:r>
        <w:rPr>
          <w:rFonts w:ascii="Arial" w:hAnsi="Arial" w:cs="Arial"/>
          <w:b w:val="0"/>
          <w:i w:val="0"/>
          <w:sz w:val="20"/>
        </w:rPr>
        <w:t>1–2 km · 20–30 min · Easy · Flat riverside path — A leisurely out-and-back along the Douro bank from the marina.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Covelo Riverside to Serras do Porto Foothills: </w:t>
      </w:r>
      <w:r>
        <w:rPr>
          <w:rFonts w:ascii="Arial" w:hAnsi="Arial" w:cs="Arial"/>
          <w:b w:val="0"/>
          <w:i w:val="0"/>
          <w:sz w:val="20"/>
        </w:rPr>
        <w:t>3–4 km · 1–1.5 hrs · Moderate · Uphill paths — Follow trails up from the riverbank near Covelo into the wooded lower slopes of the Serras do Porto…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7:12AM–9:47PM · Jul 7:10AM–10:07PM · Sep 8:13AM–8:42PM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cruiseports.org/cais-da-lixa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Cais da Lixa, Covelo, Portugal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is-da-lix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Ageas Porto Coliseum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Palácio da Bolsa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Ponte de São João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Lawrence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Porto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Mosteiro Santo Agostinho da Serra do Pilar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dos Clérigos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Military Museum Porto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