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Cairo, Cairo Governorate,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only remaining Wonder of the Ancient World awaits. Cruise itineraries labeled 'Cairo' dock at Port Said or Ain Sokhna — both require a dedicated shore day to reach the Pyramids, but few destinations on earth deliver a bigger payoff.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(Port Said or Ain Sokhna — long drive to Cairo) · 🕒 Typical call: 10-12 hrs (full day required) · 💵 Egyptian Pound (USD/EUR widely accepted at tourist sites) · 🗣️ Arabic (English spoken at major tourist sites)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Port Said (Mediterranean, ~200 km from Cairo, 3-4 hrs) or Ain Sokhna (Red Sea, ~120 km, 90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Cairo is a full-day drive — book a ship tour or private guide; no walk-off option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The Pyramids of Giza and Great Sphinx; Grand Egyptian Museum; Khan el-Khalili bazaar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Tutankhamun's treasures at the Grand Egyptian Museum (opened 2025 at the Giza Plateau)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EGP 100–200 (~$2–4 USD) within Cairo — Metered taxis are widely available in Cairo. Agree on a fare in advance for unmetered cabs; apps like Uber or Careem can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Careem, Bolt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Pyramids of Giza &amp; Great Sphinx — </w:t>
      </w:r>
      <w:r>
        <w:rPr>
          <w:rFonts w:ascii="Arial" w:hAnsi="Arial" w:cs="Arial"/>
          <w:b w:val="0"/>
          <w:i w:val="0"/>
          <w:sz w:val="20"/>
        </w:rPr>
        <w:t>The three great pyramids of Cheops, Chephren, and Mykerinus plus the iconic Great Sphinx dominate the plateau just outside Cairo.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Grand Egyptian Museum (GEM) — </w:t>
      </w:r>
      <w:r>
        <w:rPr>
          <w:rFonts w:ascii="Arial" w:hAnsi="Arial" w:cs="Arial"/>
          <w:b w:val="0"/>
          <w:i w:val="0"/>
          <w:sz w:val="20"/>
        </w:rPr>
        <w:t>Opened in 2025, the GEM sits at the edge of the Giza Plateau and holds the complete Tutankhamun collection — over 5,000 artifacts…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Saqqara Step Pyramid — </w:t>
      </w:r>
      <w:r>
        <w:rPr>
          <w:rFonts w:ascii="Arial" w:hAnsi="Arial" w:cs="Arial"/>
          <w:b w:val="0"/>
          <w:i w:val="0"/>
          <w:sz w:val="20"/>
        </w:rPr>
        <w:t>Egypt's oldest large-scale stone monument, the Step Pyramid of Djoser at Saqqara is 4,700 years old and surrounded by tombs with…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Khan el-Khalili Bazaar &amp; Islamic Cairo — </w:t>
      </w:r>
      <w:r>
        <w:rPr>
          <w:rFonts w:ascii="Arial" w:hAnsi="Arial" w:cs="Arial"/>
          <w:b w:val="0"/>
          <w:i w:val="0"/>
          <w:sz w:val="20"/>
        </w:rPr>
        <w:t>Cairo's 14th-century bazaar is a labyrinth of spice stalls, jewelry, textiles, and street food in the heart of Islamic Cairo.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Coptic Cairo &amp; Old Cairo District — </w:t>
      </w:r>
      <w:r>
        <w:rPr>
          <w:rFonts w:ascii="Arial" w:hAnsi="Arial" w:cs="Arial"/>
          <w:b w:val="0"/>
          <w:i w:val="0"/>
          <w:sz w:val="20"/>
        </w:rPr>
        <w:t>The Hanging Church, Cavern Church of Abu Serga, and the Ben Ezra Synagogue are clustered in this ancient enclave on the site of…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Giza Plateau Self-Guided Loop: </w:t>
      </w:r>
      <w:r>
        <w:rPr>
          <w:rFonts w:ascii="Arial" w:hAnsi="Arial" w:cs="Arial"/>
          <w:b w:val="0"/>
          <w:i w:val="0"/>
          <w:sz w:val="20"/>
        </w:rPr>
        <w:t>2-3 km · 1-2 hrs · Flat sandy plateau — From the main entrance, walk the road past the Great Pyramid of Cheops south to Chephren and…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Khan el-Khalili Wander: </w:t>
      </w:r>
      <w:r>
        <w:rPr>
          <w:rFonts w:ascii="Arial" w:hAnsi="Arial" w:cs="Arial"/>
          <w:b w:val="0"/>
          <w:i w:val="0"/>
          <w:sz w:val="20"/>
        </w:rPr>
        <w:t>1-1.5 km · 1-2 hrs · Flat pedestrian lanes — Enter from Al-Hussein Mosque square and zigzag through the covered lanes of the bazaar toward…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6:01AM–7:41PM · Jul 6:04AM–7:57PM · Sep 6:39AM–7:00PM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cruiseports.org/cairo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Cairo, Cairo Governorate,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airo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Monument to the Unknown Soldier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Gayer-Anderson Museum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Great Sphinx of Giza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Giza Necropolis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Saladin Citadel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Great Pyramid of Giza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Coptic Museum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