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Cagliari, Sardinia,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Sardinia's ancient capital rises in sun-bleached tiers above the Gulf of Angels — walkable from the pier, full of Roman ruins, pink flamingos, and the kind of lazy beach afternoon you'll talk about for years.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(Molo Rinascita) · 🕒 Typical call: 8-10 hrs · 💶 Euro (€) · 🗣️ Italian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Molo Rinascita, Porto Commerciale — no tendering; ships dock directly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~10-15 min walk along Via Roma to Piazza Matteotti; free shuttle also runs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beach lovers, foodies, flamingo spotting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Bastione Saint-Remy panorama, Castello district, and flamingos at Molentargius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€5–€7 — Taxis queue at the port entrance. The short ride to city center takes about 2 minutes; confirm the metered fare before 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Castello District &amp; Cathedral — </w:t>
      </w:r>
      <w:r>
        <w:rPr>
          <w:rFonts w:ascii="Arial" w:hAnsi="Arial" w:cs="Arial"/>
          <w:b w:val="0"/>
          <w:i w:val="0"/>
          <w:sz w:val="20"/>
        </w:rPr>
        <w:t>Climb (or take the free elevator) to Cagliari's walled hilltop quarter.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Bastione Saint-Remy &amp; Panoramic Views — </w:t>
      </w:r>
      <w:r>
        <w:rPr>
          <w:rFonts w:ascii="Arial" w:hAnsi="Arial" w:cs="Arial"/>
          <w:b w:val="0"/>
          <w:i w:val="0"/>
          <w:sz w:val="20"/>
        </w:rPr>
        <w:t>This grand neoclassical bastion connects the Marina district to the Castello hilltop via a monumental staircase.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Molentargius-Saline Regional Park &amp; Flamingos — </w:t>
      </w:r>
      <w:r>
        <w:rPr>
          <w:rFonts w:ascii="Arial" w:hAnsi="Arial" w:cs="Arial"/>
          <w:b w:val="0"/>
          <w:i w:val="0"/>
          <w:sz w:val="20"/>
        </w:rPr>
        <w:t>Just inland from Poetto Beach, this urban wetland hosts thousands of greater flamingos year-round.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Poetto Beach — </w:t>
      </w:r>
      <w:r>
        <w:rPr>
          <w:rFonts w:ascii="Arial" w:hAnsi="Arial" w:cs="Arial"/>
          <w:b w:val="0"/>
          <w:i w:val="0"/>
          <w:sz w:val="20"/>
        </w:rPr>
        <w:t>Cagliari's beloved 8km white-sand beach stretches east of the city.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Roman Amphitheatre &amp; National Archaeological Museum — </w:t>
      </w:r>
      <w:r>
        <w:rPr>
          <w:rFonts w:ascii="Arial" w:hAnsi="Arial" w:cs="Arial"/>
          <w:b w:val="0"/>
          <w:i w:val="0"/>
          <w:sz w:val="20"/>
        </w:rPr>
        <w:t>The 2nd-century Roman Amphitheatre is partly carved into living rock on the hillside.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Marina to Castello Hilltop: </w:t>
      </w:r>
      <w:r>
        <w:rPr>
          <w:rFonts w:ascii="Arial" w:hAnsi="Arial" w:cs="Arial"/>
          <w:b w:val="0"/>
          <w:i w:val="0"/>
          <w:sz w:val="20"/>
        </w:rPr>
        <w:t>~2.5 km | 60-90 min | Moderate (uphill sections) — Follow Via Roma from the terminal to Piazza Matteotti, then walk up through the Marina district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Via Roma Waterfront Stroll: </w:t>
      </w:r>
      <w:r>
        <w:rPr>
          <w:rFonts w:ascii="Arial" w:hAnsi="Arial" w:cs="Arial"/>
          <w:b w:val="0"/>
          <w:i w:val="0"/>
          <w:sz w:val="20"/>
        </w:rPr>
        <w:t>~1.5 km | 20-30 min | Easy — A relaxed flat walk along the port-side boulevard.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6:10AM–8:29PM · Jul 6:09AM–8:48PM · Sep 7:05AM–7:31PM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cruiseports.org/cagliari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Cagliari, Sardinia,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gliar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Bastione di Saint Remy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Chiesa di Sant'Andrea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Parco di Monte Urpinu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Saint Luke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Cattedrale di Santa Maria Assunta e Santa Cecilia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Chiesa dei Santi Martiri Giorgio e Caterina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Monte Claro Park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