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Cabrits, Portsmouth, Dominica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Dominica's northern cruise berth puts you inside a national park the moment you step ashore — 18th-century fort ruins, hand-rowed river tours, and volcanic rainforest all within easy reach of Portsmouth.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pier · 🕒 Typical call: 7-9 hrs · 💵 Eastern Caribbean dollar / USD widely accepted · 🗣️ English (official)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Timber wharf inside Cabrits National Park, ~5 min walk to Portsmouth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Fort Shirley: </w:t>
      </w:r>
      <w:r>
        <w:rPr>
          <w:rFonts w:ascii="Arial" w:hAnsi="Arial" w:cs="Arial"/>
          <w:b w:val="0"/>
          <w:i w:val="0"/>
          <w:sz w:val="20"/>
        </w:rPr>
        <w:t>10–15 min on foot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nature hikes, Indian River boat tour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Hand-rowed Indian River tour with a stop at the riverside bush bar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USD — Licensed taxis wait at the pier for short trips around Portsmouth. Agree on fare in advance — meters are not standard.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Shirley &amp; Cabrits National Park — </w:t>
      </w:r>
      <w:r>
        <w:rPr>
          <w:rFonts w:ascii="Arial" w:hAnsi="Arial" w:cs="Arial"/>
          <w:b w:val="0"/>
          <w:i w:val="0"/>
          <w:sz w:val="20"/>
        </w:rPr>
        <w:t>Walk 10 minutes from the pier to explore the restored 18th-century British garrison at Fort Shirley.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Indian River Rowboat Tour — </w:t>
      </w:r>
      <w:r>
        <w:rPr>
          <w:rFonts w:ascii="Arial" w:hAnsi="Arial" w:cs="Arial"/>
          <w:b w:val="0"/>
          <w:i w:val="0"/>
          <w:sz w:val="20"/>
        </w:rPr>
        <w:t>Glide through Dominica's widest river in a hand-oared wooden boat — no motors allowed.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Titou Gorge Swim — </w:t>
      </w:r>
      <w:r>
        <w:rPr>
          <w:rFonts w:ascii="Arial" w:hAnsi="Arial" w:cs="Arial"/>
          <w:b w:val="0"/>
          <w:i w:val="0"/>
          <w:sz w:val="20"/>
        </w:rPr>
        <w:t>Swim through a narrow volcanic canyon to a hidden waterfall — a surreal spot also used in Pirates of the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Emerald Pool &amp; Morne Trois Pitons — </w:t>
      </w:r>
      <w:r>
        <w:rPr>
          <w:rFonts w:ascii="Arial" w:hAnsi="Arial" w:cs="Arial"/>
          <w:b w:val="0"/>
          <w:i w:val="0"/>
          <w:sz w:val="20"/>
        </w:rPr>
        <w:t>A grotto waterfall inside the UNESCO World Heritage rainforest, reached by an easy 15-minute trail.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off Dominica — </w:t>
      </w:r>
      <w:r>
        <w:rPr>
          <w:rFonts w:ascii="Arial" w:hAnsi="Arial" w:cs="Arial"/>
          <w:b w:val="0"/>
          <w:i w:val="0"/>
          <w:sz w:val="20"/>
        </w:rPr>
        <w:t>Dominica is one of the best places in the Caribbean to spot sperm whales year-round.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Fort Shirley Loop: </w:t>
      </w:r>
      <w:r>
        <w:rPr>
          <w:rFonts w:ascii="Arial" w:hAnsi="Arial" w:cs="Arial"/>
          <w:b w:val="0"/>
          <w:i w:val="0"/>
          <w:sz w:val="20"/>
        </w:rPr>
        <w:t>1.5 km · 30–45 min · Easy — Walk the park trail from the cruise terminal north to Fort Shirley's restored garrison ruins.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Portsmouth Waterfront Stroll: </w:t>
      </w:r>
      <w:r>
        <w:rPr>
          <w:rFonts w:ascii="Arial" w:hAnsi="Arial" w:cs="Arial"/>
          <w:b w:val="0"/>
          <w:i w:val="0"/>
          <w:sz w:val="20"/>
        </w:rPr>
        <w:t>1.5 km · 25 min · Easy — Head south along the Prince Rupert Bay waterfront into Portsmouth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5:15AM–8:46PM · Jul 5:08AM–9:11PM · Sep 6:40AM–7:17PM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cruiseports.org/cabrits-dominica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Cabrits, Portsmouth, Dominica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brits-domini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Cabrits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Shirley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Indian River Tours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