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Cabo Rojo, Pedernales, Dominican Republic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brand-new pier on the Dominican Republic's wild southwestern coast puts you steps from one of the Caribbean's most pristine beaches and some of its richest wildlife habitat — with Jaragua National Park right outside the port gates.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(modern pier, no tender) · 🕒 Typical call: 8-10 hrs · 💵 Dominican Peso (USD widely accepted) · 🗣️ Spanish · 🌿 Eco-tourism destination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Ships dock directly at Cabo Rojo pier — no tender required. Port opened Jan 2024.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Distance to Pedernales: </w:t>
      </w:r>
      <w:r>
        <w:rPr>
          <w:rFonts w:ascii="Arial" w:hAnsi="Arial" w:cs="Arial"/>
          <w:b w:val="0"/>
          <w:i w:val="0"/>
          <w:sz w:val="20"/>
        </w:rPr>
        <w:t>~15 miles (24 km) from the port; 20–30 min by road.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Pristine beaches, birdwatching, snorkeling, eco-adventures, larimar shopping.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Bahía de las Águilas — 8 km of untouched white sand, one of the Caribbean's most beautiful beaches.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$15–$30 USD — Taxis wait outside the port gates for the ~20 km drive to Pedernales town (25–30 min). No meters—negotiate and confirm 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Bahía de las Águilas (Eagles Bay) — </w:t>
      </w:r>
      <w:r>
        <w:rPr>
          <w:rFonts w:ascii="Arial" w:hAnsi="Arial" w:cs="Arial"/>
          <w:b w:val="0"/>
          <w:i w:val="0"/>
          <w:sz w:val="20"/>
        </w:rPr>
        <w:t>Frequently ranked among the Caribbean's most beautiful beaches, this 8 km stretch of untouched white sand sits inside Jaragua…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Laguna de Oviedo Flamingo Tour — </w:t>
      </w:r>
      <w:r>
        <w:rPr>
          <w:rFonts w:ascii="Arial" w:hAnsi="Arial" w:cs="Arial"/>
          <w:b w:val="0"/>
          <w:i w:val="0"/>
          <w:sz w:val="20"/>
        </w:rPr>
        <w:t>This large saltwater lagoon inside Jaragua National Park hosts Caribbean flamingos, rhinoceros iguanas, and dozens of bird species.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ATV &amp; Buggy Bauxite Adventure — </w:t>
      </w:r>
      <w:r>
        <w:rPr>
          <w:rFonts w:ascii="Arial" w:hAnsi="Arial" w:cs="Arial"/>
          <w:b w:val="0"/>
          <w:i w:val="0"/>
          <w:sz w:val="20"/>
        </w:rPr>
        <w:t>Ride ATVs or dune buggies through the dramatic rust-red bauxite mining landscape around Cabo Rojo, finishing at a beach club.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Hoyo de Pelempito Panorama — </w:t>
      </w:r>
      <w:r>
        <w:rPr>
          <w:rFonts w:ascii="Arial" w:hAnsi="Arial" w:cs="Arial"/>
          <w:b w:val="0"/>
          <w:i w:val="0"/>
          <w:sz w:val="20"/>
        </w:rPr>
        <w:t>A 700-meter-deep geological depression in the Sierra de Bahoruco mountains, visible from a clifftop observatory.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Pedernales Town &amp; Larimar Shopping — </w:t>
      </w:r>
      <w:r>
        <w:rPr>
          <w:rFonts w:ascii="Arial" w:hAnsi="Arial" w:cs="Arial"/>
          <w:b w:val="0"/>
          <w:i w:val="0"/>
          <w:sz w:val="20"/>
        </w:rPr>
        <w:t>Larimar — a rare blue variety of the mineral pectolite — is found only in the Dominican Republic, mined in the nearby Bahoruco…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Port Complex Beach &amp; Coastal Walk: </w:t>
      </w:r>
      <w:r>
        <w:rPr>
          <w:rFonts w:ascii="Arial" w:hAnsi="Arial" w:cs="Arial"/>
          <w:b w:val="0"/>
          <w:i w:val="0"/>
          <w:sz w:val="20"/>
        </w:rPr>
        <w:t>1-2 km • Easy • 30-60 min — Walk the port's own shoreline from the terminal along Cabo Rojo Beach, known for white sand, clear…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Faro de Cabo Rojo (Lighthouse Walk): </w:t>
      </w:r>
      <w:r>
        <w:rPr>
          <w:rFonts w:ascii="Arial" w:hAnsi="Arial" w:cs="Arial"/>
          <w:b w:val="0"/>
          <w:i w:val="0"/>
          <w:sz w:val="20"/>
        </w:rPr>
        <w:t>~1 km • Easy • 20-30 min — A short walk or quick drive from the port brings you to the Cabo Rojo lighthouse on its clifftop…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Apr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Jun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Aug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Oct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Apr 6:30AM–7:03PM · Jun 6:11AM–7:23PM · Aug 6:29AM–7:13PM · Sep 6:35AM–6:48PM · Oct 6:40AM–6:24PM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KNOW BEFORE YOU GO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Pre-book excursions. The port is remote — Bahía de las Águilas, Laguna de Oviedo, and ATV tours require pre-arranged transport. Walk-up options at the pier are…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Buy larimar near the source. Larimar is found only in the Dominican Republic (mined in the Bahoruco mountains). Prices at local market stalls here in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Bring USD cash. The port complex accepts USD. Pedernales town prefers Dominican pesos, but USD is accepted widely. ATMs are scarce — don't count on them.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cruiseports.org/cabo-rojo-pedernales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