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Cabo Pulmo, Baja California Sur, Mexico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North America's last living coral reefs, tucked into a sleepy fishing village on Baja's wild East Cape. Expedition ships anchor offshore; what waits below the surface is worth every minute.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/ beach landing · 🕒 Typical call: 5–7 hrs · 💵 Mexican Peso (USD widely accepted) · 🗣️ Spanish · 🌊 UNESCO World Heritage Site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or Zodiac beach landing — no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village: </w:t>
      </w:r>
      <w:r>
        <w:rPr>
          <w:rFonts w:ascii="Arial" w:hAnsi="Arial" w:cs="Arial"/>
          <w:b w:val="0"/>
          <w:i w:val="0"/>
          <w:sz w:val="20"/>
        </w:rPr>
        <w:t>Beachfront — small fishing village within steps of landing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Snorkeling, scuba diving, kayaking, wildlife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Guided snorkel over the living reef; massive schools of jacks and groupers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Guided Reef Snorkel — </w:t>
      </w:r>
      <w:r>
        <w:rPr>
          <w:rFonts w:ascii="Arial" w:hAnsi="Arial" w:cs="Arial"/>
          <w:b w:val="0"/>
          <w:i w:val="0"/>
          <w:sz w:val="20"/>
        </w:rPr>
        <w:t>Snorkel over a 20,000-year-old living coral reef with a certified guide.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Scuba Diving the Marine Park — </w:t>
      </w:r>
      <w:r>
        <w:rPr>
          <w:rFonts w:ascii="Arial" w:hAnsi="Arial" w:cs="Arial"/>
          <w:b w:val="0"/>
          <w:i w:val="0"/>
          <w:sz w:val="20"/>
        </w:rPr>
        <w:t>Nearly 20 dive sites within the park, from shallow reefs at 15 m to the El Vencedor shipwreck (a sunken tuna trawler).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 Kayak &amp; SUP Along the Coast — </w:t>
      </w:r>
      <w:r>
        <w:rPr>
          <w:rFonts w:ascii="Arial" w:hAnsi="Arial" w:cs="Arial"/>
          <w:b w:val="0"/>
          <w:i w:val="0"/>
          <w:sz w:val="20"/>
        </w:rPr>
        <w:t>Paddle the calm inshore waters of the Sea of Cortez.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Tide Pool &amp; Beach Walk — </w:t>
      </w:r>
      <w:r>
        <w:rPr>
          <w:rFonts w:ascii="Arial" w:hAnsi="Arial" w:cs="Arial"/>
          <w:b w:val="0"/>
          <w:i w:val="0"/>
          <w:sz w:val="20"/>
        </w:rPr>
        <w:t>Walk north or south from the landing beach to explore tide pools, watch frigatebirds and ospreys, and take in the stark…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Beach Stroll Along Playa Los Arbolitos: </w:t>
      </w:r>
      <w:r>
        <w:rPr>
          <w:rFonts w:ascii="Arial" w:hAnsi="Arial" w:cs="Arial"/>
          <w:b w:val="0"/>
          <w:i w:val="0"/>
          <w:sz w:val="20"/>
        </w:rPr>
        <w:t>~1–2 km | Easy | Flat sand &amp; rocky coves — Walk south along the shore from the main beach toward the coves below Cabo Pulmo, passing tide…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Village Loop: </w:t>
      </w:r>
      <w:r>
        <w:rPr>
          <w:rFonts w:ascii="Arial" w:hAnsi="Arial" w:cs="Arial"/>
          <w:b w:val="0"/>
          <w:i w:val="0"/>
          <w:sz w:val="20"/>
        </w:rPr>
        <w:t>~1 km | Easy | 20 min — A short loop through the tiny fishing village to see local dive shops, a handful of restaurants…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5:56AM–6:38PM · Jun 5:31AM–7:05PM · Aug 5:54AM–6:49PM · Sep 6:04AM–6:20PM · Oct 6:15AM–5:51PM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Wear water shoes. The beach landing from the Zodiac means stepping through shallow surf. Flip-flops work but closed-toe water shoes are more practical.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Reef-safe sunscreen only. The national park strictly enforces this — rangers can turn you away if you arrive with chemical sunscreen.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Bring small USD bills. The village has no ATM. Local operators, beach vendors, and taco stands accept dollars; change may be in pesos.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cruiseports.org/cabo-pulmo-beach-resort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