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Cabo Frio, Rio de Janeiro, Brazil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Swept by constant Atlantic breezes and framed by 7.5 km of fine white sand, Cabo Frio earns its nickname as the "Wind City" — a laid-back resort town where a 400-year-old fort guards one end of the beach and boat trips to turquoise Arraial do Cabo fill the other.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Tender port (anchor offshore) · 🕒 Typical call: 7-9 hrs · 💵 Brazilian Real (BRL) · 🗣️ Portuguese · 🌊 Beaches &amp; boat trips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Tender — ships anchor; boats land near Praia do Forte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center: </w:t>
      </w:r>
      <w:r>
        <w:rPr>
          <w:rFonts w:ascii="Arial" w:hAnsi="Arial" w:cs="Arial"/>
          <w:b w:val="0"/>
          <w:i w:val="0"/>
          <w:sz w:val="20"/>
        </w:rPr>
        <w:t>~5 min from tender dock to waterfront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Beach days, diving, colonial history, Arraial day trip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Forte São Mateus and a schooner tour to Ilha do Japonês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~R$10–20 (short rides) — Street taxis have a base fare of ~R$3 plus ~R$3/km. A short hop within central Cabo Frio typically runs R$10–20 (~$2–4 U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✅ Uber, 99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Schooner Tour to Arraial do Cabo — </w:t>
      </w:r>
      <w:r>
        <w:rPr>
          <w:rFonts w:ascii="Arial" w:hAnsi="Arial" w:cs="Arial"/>
          <w:b w:val="0"/>
          <w:i w:val="0"/>
          <w:sz w:val="20"/>
        </w:rPr>
        <w:t>Sail south to Arraial do Cabo — the "Brazilian Caribbean" — and stop at Ilha do Japonês for snorkeling in crystalline shallows…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Forte São Mateus &amp; Passagem Quarter — </w:t>
      </w:r>
      <w:r>
        <w:rPr>
          <w:rFonts w:ascii="Arial" w:hAnsi="Arial" w:cs="Arial"/>
          <w:b w:val="0"/>
          <w:i w:val="0"/>
          <w:sz w:val="20"/>
        </w:rPr>
        <w:t>Walk the 7 km Praia do Forte to reach the 1620 Fort São Mateus, then loop back through the Passagem neighborhood's cobblestone…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Diving at Ilha dos Papagaios — </w:t>
      </w:r>
      <w:r>
        <w:rPr>
          <w:rFonts w:ascii="Arial" w:hAnsi="Arial" w:cs="Arial"/>
          <w:b w:val="0"/>
          <w:i w:val="0"/>
          <w:sz w:val="20"/>
        </w:rPr>
        <w:t>Cabo Frio is one of Brazil's top diving destinations — cold upwellings create exceptional visibility and rich marine life around…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Buggy &amp; ATV along the Coast — </w:t>
      </w:r>
      <w:r>
        <w:rPr>
          <w:rFonts w:ascii="Arial" w:hAnsi="Arial" w:cs="Arial"/>
          <w:b w:val="0"/>
          <w:i w:val="0"/>
          <w:sz w:val="20"/>
        </w:rPr>
        <w:t>Rent a dune buggy or join a guided ATV tour across the sand dunes linking Cabo Frio's beaches, with stops at Praia do Peró and…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Praia do Forte Beach Day — </w:t>
      </w:r>
      <w:r>
        <w:rPr>
          <w:rFonts w:ascii="Arial" w:hAnsi="Arial" w:cs="Arial"/>
          <w:b w:val="0"/>
          <w:i w:val="0"/>
          <w:sz w:val="20"/>
        </w:rPr>
        <w:t>Seven and a half kilometers of white sand, clear water, and brisk Atlantic wind — rent a beach chair, eat fresh grilled fish at a…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Praia do Forte Promenade to Forte São Mateus: </w:t>
      </w:r>
      <w:r>
        <w:rPr>
          <w:rFonts w:ascii="Arial" w:hAnsi="Arial" w:cs="Arial"/>
          <w:b w:val="0"/>
          <w:i w:val="0"/>
          <w:sz w:val="20"/>
        </w:rPr>
        <w:t>3 km one way · Easy · ~1 hr each way — Start at the Praça das Águas waterfront near the tender dock and walk the full length of Praia do…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Passagem Historic Neighborhood Loop: </w:t>
      </w:r>
      <w:r>
        <w:rPr>
          <w:rFonts w:ascii="Arial" w:hAnsi="Arial" w:cs="Arial"/>
          <w:b w:val="0"/>
          <w:i w:val="0"/>
          <w:sz w:val="20"/>
        </w:rPr>
        <w:t>1.5 km loop · Easy · ~45 min — Cross the small canal bridge into the Passagem neighborhood for cobblestone alleys, 19th-century…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78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68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10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76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66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78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69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6:14AM–5:14PM · Jul 6:28AM–5:19PM · Sep 5:44AM–5:42PM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cruiseports.org/cabo-frio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Cabo Frio, Rio de Janeiro, Brazil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cabo-frio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Forte de São Mateus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5.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Carlos Scliar Atelier House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Surf Museum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6.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Santo Samba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Praça das Águas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7.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Centro Cultural Manoel Camargo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Charitas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8.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Mirante do Pontal do Atalaia</w:t>
            </w:r>
          </w:p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