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Bucksport,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small Maine river town punching above its weight — voted USA Today's #1 Best Coastal Small Town (2021), Bucksport pairs a granite Civil War fort with a cable-stayed bridge observatory and a friendly walkable Main Street.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(town pier) · 🕒 Typical call: 6-8 hrs · 💵 US Dollar · 🗣️ English · 🏰 History &amp; scenery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Bucksport Town Dock (400-ft upgraded concrete float, ADA gangway)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along the waterfront walkway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Fort Knox &amp; Penobscot Narrows Observatory, waterfront strolls, small-town Maine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the Penobscot Narrows Observatory — 420 ft up, the only bridge observatory in the 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/hr+ — Sunrise 2 Sunset Taxi serves the Bucksport area. Rates are high for a small town; best reserved for group outings or 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Knox State Historic Site — </w:t>
      </w:r>
      <w:r>
        <w:rPr>
          <w:rFonts w:ascii="Arial" w:hAnsi="Arial" w:cs="Arial"/>
          <w:b w:val="0"/>
          <w:i w:val="0"/>
          <w:sz w:val="20"/>
        </w:rPr>
        <w:t>Explore one of the best-preserved Civil War-era granite forts in America.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Penobscot Narrows Observatory — </w:t>
      </w:r>
      <w:r>
        <w:rPr>
          <w:rFonts w:ascii="Arial" w:hAnsi="Arial" w:cs="Arial"/>
          <w:b w:val="0"/>
          <w:i w:val="0"/>
          <w:sz w:val="20"/>
        </w:rPr>
        <w:t>Ride to the top of the Penobscot Narrows Bridge — 420 feet up — for 360-degree panoramic views of Penobscot Bay, the river,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Knox Nature Cruise — </w:t>
      </w:r>
      <w:r>
        <w:rPr>
          <w:rFonts w:ascii="Arial" w:hAnsi="Arial" w:cs="Arial"/>
          <w:b w:val="0"/>
          <w:i w:val="0"/>
          <w:sz w:val="20"/>
        </w:rPr>
        <w:t>Two-hour boat excursion through Bucksport harbor and the Penobscot River waterways.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Acadia National Park Day Trip — </w:t>
      </w:r>
      <w:r>
        <w:rPr>
          <w:rFonts w:ascii="Arial" w:hAnsi="Arial" w:cs="Arial"/>
          <w:b w:val="0"/>
          <w:i w:val="0"/>
          <w:sz w:val="20"/>
        </w:rPr>
        <w:t>American Cruise Lines sometimes offers day-trip excursions to Acadia National Park on Mount Desert Island, about an hour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Bucksport Main Street Walk — </w:t>
      </w:r>
      <w:r>
        <w:rPr>
          <w:rFonts w:ascii="Arial" w:hAnsi="Arial" w:cs="Arial"/>
          <w:b w:val="0"/>
          <w:i w:val="0"/>
          <w:sz w:val="20"/>
        </w:rPr>
        <w:t>Stroll the brick waterfront walkway to downtown, browse the Lighthouse Arts Center gallery (100+ Maine artists), catch a film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Bucksport Waterfront Walkway: </w:t>
      </w:r>
      <w:r>
        <w:rPr>
          <w:rFonts w:ascii="Arial" w:hAnsi="Arial" w:cs="Arial"/>
          <w:b w:val="0"/>
          <w:i w:val="0"/>
          <w:sz w:val="20"/>
        </w:rPr>
        <w:t>1 mile | Easy | Paved &amp; flat | 20-30 min — A paved brick path along the Penobscot River from the town dock to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to Alamo Theatre Loop: </w:t>
      </w:r>
      <w:r>
        <w:rPr>
          <w:rFonts w:ascii="Arial" w:hAnsi="Arial" w:cs="Arial"/>
          <w:b w:val="0"/>
          <w:i w:val="0"/>
          <w:sz w:val="20"/>
        </w:rPr>
        <w:t>0.5 miles | Easy | 15-20 min — From the waterfront, walk up to Main Street to explore the Lighthouse Arts Center, Alamo Theatre…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5:07AM–7:56PM · Jul 5:04AM–8:17PM · Sep 6:14AM–6:45PM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cruiseports.org/bucksport-me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Bucksport,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cksport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Knox and Penobscot Narrows Observatory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Scenic Turnout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Point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Sandy Point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Friends of Sears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Swan Lake State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