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Brunswick, Georgia,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Golden Isles, Brunswick pairs Victorian-era streetscapes and ancient live oaks with easy access to the beaches, forts, and marshes of Jekyll and St. Simons Islands.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downtown waterfront · 🕒 Typical call: 6-8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cruise ships dock at the downtown Brunswick waterfront; American Cruise Lines uses the Mary Ross Waterfront area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— historic downtown and Lover's Oak are within a short walk of the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Golden Isles day trips, shrimping heritage, colonial history at Fort Frederica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Lover's Oak (900+ year old live oak) and a shrimping excursion on Lady Jane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$25–$30 — Local taxis (On Time Taxi, Latino Taxi Glynn) operate 24/7. Short rides may cost less if docking downtown with American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Brunswick Walking Tour — </w:t>
      </w:r>
      <w:r>
        <w:rPr>
          <w:rFonts w:ascii="Arial" w:hAnsi="Arial" w:cs="Arial"/>
          <w:b w:val="0"/>
          <w:i w:val="0"/>
          <w:sz w:val="20"/>
        </w:rPr>
        <w:t>Stroll the Victorian squares of Historic Brunswick — Old City Hall, the Ritz Theatre, and the 900-year-old Lover's Oak are 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Lady Jane Shrimping Excursion — </w:t>
      </w:r>
      <w:r>
        <w:rPr>
          <w:rFonts w:ascii="Arial" w:hAnsi="Arial" w:cs="Arial"/>
          <w:b w:val="0"/>
          <w:i w:val="0"/>
          <w:sz w:val="20"/>
        </w:rPr>
        <w:t>Board a retired shrimp trawler for a hands-on shrimping trip on the Brunswick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Frederica National Monument — </w:t>
      </w:r>
      <w:r>
        <w:rPr>
          <w:rFonts w:ascii="Arial" w:hAnsi="Arial" w:cs="Arial"/>
          <w:b w:val="0"/>
          <w:i w:val="0"/>
          <w:sz w:val="20"/>
        </w:rPr>
        <w:t>Drive 20 minutes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Jekyll Island &amp; Driftwood Beach — </w:t>
      </w:r>
      <w:r>
        <w:rPr>
          <w:rFonts w:ascii="Arial" w:hAnsi="Arial" w:cs="Arial"/>
          <w:b w:val="0"/>
          <w:i w:val="0"/>
          <w:sz w:val="20"/>
        </w:rPr>
        <w:t>A 20-minute taxi ride south leads to Jekyll Island's famous Driftwood Beach — a hauntingly beautiful stretch of bleached, twisted…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&amp; Sunset Cruise — </w:t>
      </w:r>
      <w:r>
        <w:rPr>
          <w:rFonts w:ascii="Arial" w:hAnsi="Arial" w:cs="Arial"/>
          <w:b w:val="0"/>
          <w:i w:val="0"/>
          <w:sz w:val="20"/>
        </w:rPr>
        <w:t>Several operators on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Brunswick Squares Walk: </w:t>
      </w:r>
      <w:r>
        <w:rPr>
          <w:rFonts w:ascii="Arial" w:hAnsi="Arial" w:cs="Arial"/>
          <w:b w:val="0"/>
          <w:i w:val="0"/>
          <w:sz w:val="20"/>
        </w:rPr>
        <w:t>1.5 miles · Easy · 45-60 min — From the Mary Ross Waterfront Park, walk into the historic squares, passing Old City Hall, the Ritz…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6:30AM–8:14PM · Jul 6:32AM–8:30PM · Sep 7:10AM–7:31PM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cruiseports.org/brunswick-ga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Brunswick, Georgia,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unswick-g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Simons Island Lighthouse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City of Brunswick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Blythe Island Regional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Hamilton Plantation Slave Cabins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Mosaic, Jekyll Island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Mallery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Summer Waves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Indian Mound Cottage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