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Bruinisse, Zeeland,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Zeeland fishing village where mussel boats share the harbor with visiting ships, backed by Europe's largest saltwater lake and the engineering marvels of the Delta Works.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marina quay · 🕒 Typical call: 5–7 hrs · 💶 Currency: Euro (€) · 🗣️ Language: Dutch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alongside Jachthaven Bruinisse marina; no large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on foot from the marina to the harbor front and village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Mussels, cycling the Delta, water sports on the Grevelingenmeer, Zeeland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Fresh mussels at a harborside restaurant and the Brusea Fishing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Local taxis serve Bruinisse with a base fare of roughly €5; short village rides typically run €10–€20. Book via phone 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Brusea Fishing Museum — </w:t>
      </w:r>
      <w:r>
        <w:rPr>
          <w:rFonts w:ascii="Arial" w:hAnsi="Arial" w:cs="Arial"/>
          <w:b w:val="0"/>
          <w:i w:val="0"/>
          <w:sz w:val="20"/>
        </w:rPr>
        <w:t>Explore the history of mussel farming and harbor life in Bruinisse at this local heritage museum, which includes a restored…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Grevelingenmeer Water Sports — </w:t>
      </w:r>
      <w:r>
        <w:rPr>
          <w:rFonts w:ascii="Arial" w:hAnsi="Arial" w:cs="Arial"/>
          <w:b w:val="0"/>
          <w:i w:val="0"/>
          <w:sz w:val="20"/>
        </w:rPr>
        <w:t>The Grevelingenmeer is Western Europe's largest saltwater lake and a haven for sailing, windsurfing, kitesurfing, diving,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Watersnoodmuseum — Flood Museum — </w:t>
      </w:r>
      <w:r>
        <w:rPr>
          <w:rFonts w:ascii="Arial" w:hAnsi="Arial" w:cs="Arial"/>
          <w:b w:val="0"/>
          <w:i w:val="0"/>
          <w:sz w:val="20"/>
        </w:rPr>
        <w:t>A short drive from Bruinisse, this striking museum chronicles the catastrophic 1953 North Sea flood that devastated Zeeland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Cycle the Brouwersdam &amp; Delta Works — </w:t>
      </w:r>
      <w:r>
        <w:rPr>
          <w:rFonts w:ascii="Arial" w:hAnsi="Arial" w:cs="Arial"/>
          <w:b w:val="0"/>
          <w:i w:val="0"/>
          <w:sz w:val="20"/>
        </w:rPr>
        <w:t>Rent a bike and ride to the Brouwersdam, the massive Delta Works dam separating the Grevelingenmeer from the North Sea,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Mussel Tasting at the Harbor — </w:t>
      </w:r>
      <w:r>
        <w:rPr>
          <w:rFonts w:ascii="Arial" w:hAnsi="Arial" w:cs="Arial"/>
          <w:b w:val="0"/>
          <w:i w:val="0"/>
          <w:sz w:val="20"/>
        </w:rPr>
        <w:t>Bruinisse is the self-proclaimed mussel capital of the Netherlands.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Mussel Boulevard Loop: </w:t>
      </w:r>
      <w:r>
        <w:rPr>
          <w:rFonts w:ascii="Arial" w:hAnsi="Arial" w:cs="Arial"/>
          <w:b w:val="0"/>
          <w:i w:val="0"/>
          <w:sz w:val="20"/>
        </w:rPr>
        <w:t>1.5 km · 20–30 min · Easy — Walk from the marina quay along the Havendijk past the working mussel boats, past the Mussel…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Grevelingenmeer Shoreline Walk: </w:t>
      </w:r>
      <w:r>
        <w:rPr>
          <w:rFonts w:ascii="Arial" w:hAnsi="Arial" w:cs="Arial"/>
          <w:b w:val="0"/>
          <w:i w:val="0"/>
          <w:sz w:val="20"/>
        </w:rPr>
        <w:t>3–4 km · 45–60 min · Easy — Follow the lakeside path south from the marina along the Grevelingenmeer shoreline.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5:51AM–9:29PM · Jul 5:43AM–9:54PM · Sep 7:18AM–7:57PM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cruiseports.org/bruinisse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Bruinisse, Zeeland,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uiniss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Brusea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Zierikzee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Slikken van de Heen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Faunapark Flakkee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Monument Flood 1953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Streekmuseum "The Meestoof '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Zuidhavenpoort, Old Port, Zierikzee, Netherlands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Zeehondensafari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