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Broome, Western Australia, Australia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Red pindan cliffs meet turquoise ocean where the Kimberley meets the sea. Broome is outback Australia with a pearling soul — Cable Beach stretches 22 km, camels plod at sunset, and Chinatown glitters with South Sea pearls.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(port jetty) · 🕒 Typical call: 8-10 hrs · 💵 AUD · 🗣️ English · 🌞 Dry season: May–Oct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Port of Broome jetty, ~6 km south of town; shuttle buses to Chinatown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Not walkable — free cruise-line shuttles run to Chinatown/Napier Terrace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Cable Beach sunsets, South Sea pearl shopping, Horizontal Falls seaplane tours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Camel ride on Cable Beach, dinosaur footprints at Gantheaume Point (low tide)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A$22–28 — The port is about 7 km from the city center. Local taxis charge a base fare plus per-km rate; expect around A$24 one-way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Cable Beach Camel Ride at Sunset — </w:t>
      </w:r>
      <w:r>
        <w:rPr>
          <w:rFonts w:ascii="Arial" w:hAnsi="Arial" w:cs="Arial"/>
          <w:b w:val="0"/>
          <w:i w:val="0"/>
          <w:sz w:val="20"/>
        </w:rPr>
        <w:t>A Broome institution: ride a camel along 22 km of pristine white sand as the sun drops into the Indian Ocean.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Horizontal Falls Seaplane Tour — </w:t>
      </w:r>
      <w:r>
        <w:rPr>
          <w:rFonts w:ascii="Arial" w:hAnsi="Arial" w:cs="Arial"/>
          <w:b w:val="0"/>
          <w:i w:val="0"/>
          <w:sz w:val="20"/>
        </w:rPr>
        <w:t>Fly by seaplane into the Kimberley to see the extraordinary Horizontal Falls — tidal water rushing through narrow gorges creating…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Gantheaume Point &amp; Dinosaur Footprints — </w:t>
      </w:r>
      <w:r>
        <w:rPr>
          <w:rFonts w:ascii="Arial" w:hAnsi="Arial" w:cs="Arial"/>
          <w:b w:val="0"/>
          <w:i w:val="0"/>
          <w:sz w:val="20"/>
        </w:rPr>
        <w:t>Red pindan cliffs plunge into turquoise sea at Gantheaume Point.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Malcolm Douglas Crocodile Park — </w:t>
      </w:r>
      <w:r>
        <w:rPr>
          <w:rFonts w:ascii="Arial" w:hAnsi="Arial" w:cs="Arial"/>
          <w:b w:val="0"/>
          <w:i w:val="0"/>
          <w:sz w:val="20"/>
        </w:rPr>
        <w:t>Meet massive saltwater crocodiles relocated from the wild at this well-regarded park just outside Broome.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Pearl Luggers Museum &amp; Chinatown — </w:t>
      </w:r>
      <w:r>
        <w:rPr>
          <w:rFonts w:ascii="Arial" w:hAnsi="Arial" w:cs="Arial"/>
          <w:b w:val="0"/>
          <w:i w:val="0"/>
          <w:sz w:val="20"/>
        </w:rPr>
        <w:t>Broome's multicultural pearling past is preserved at the Pearl Luggers Museum — restored 19th-century pearl luggers, dangerous…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Chinatown Heritage Stroll: </w:t>
      </w:r>
      <w:r>
        <w:rPr>
          <w:rFonts w:ascii="Arial" w:hAnsi="Arial" w:cs="Arial"/>
          <w:b w:val="0"/>
          <w:i w:val="0"/>
          <w:sz w:val="20"/>
        </w:rPr>
        <w:t>1 km · Flat · 30–45 min — From the shuttle drop at Napier Terrace, explore Broome's historic Chinatown — pearl showrooms,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Cable Beach &amp; Gantheaume Point Loop: </w:t>
      </w:r>
      <w:r>
        <w:rPr>
          <w:rFonts w:ascii="Arial" w:hAnsi="Arial" w:cs="Arial"/>
          <w:b w:val="0"/>
          <w:i w:val="0"/>
          <w:sz w:val="20"/>
        </w:rPr>
        <w:t>3 km · Easy sand/path · 1-1.5 hrs — Take the Explorer Bus to Cable Beach, walk south along the sand toward Gantheaume Point.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6:09AM–5:25PM · Jul 6:22AM–5:31PM · Sep 5:47AM–5:45PM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cruiseports.org/broome-wa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Broome, Western Australia, Australia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roome-w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Broome Historical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Pearl Luggers Broome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Broome Courthouse Markets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Streeter's Jetty Broome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Our Lady Queen of Peace Cathedral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Town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Roebuck Bay Lookout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