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Brisbane, Queensland,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Australia's river city punches well above its weight for a cruise port day — wildlife sanctuaries, river beaches, island day trips, and a compact CBD are all in easy range from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💵 Australian Dollar (AUD)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BICT (Luggage Point) for large ships; Portside Wharf (Hamilton) for smaller vessels — both docked,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BICT is ~20 km from CBD; taxi/rideshare 20-30 min. Portside Wharf is ~7 km; CityCat ferry 25 min.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encounters (Lone Pine Koala Sanctuary), island day trips (Moreton Island), South Bank strolling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 koala close-up photo at Lone Pine — the world's largest koala sanctuary, plus hand-feeding kangaroos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AUD $50–65 — Metered taxis are available at the Brisbane International Cruise Terminal. The 19–20 km ride to the CBD typically costs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DiDi, Ola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Lone Pine Koala Sanctuary — </w:t>
      </w:r>
      <w:r>
        <w:rPr>
          <w:rFonts w:ascii="Arial" w:hAnsi="Arial" w:cs="Arial"/>
          <w:b w:val="0"/>
          <w:i w:val="0"/>
          <w:sz w:val="20"/>
        </w:rPr>
        <w:t>The world's largest koala sanctuary sits about 12 km from the city in Fig Tree Pocket.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Moreton Island Day Trip — </w:t>
      </w:r>
      <w:r>
        <w:rPr>
          <w:rFonts w:ascii="Arial" w:hAnsi="Arial" w:cs="Arial"/>
          <w:b w:val="0"/>
          <w:i w:val="0"/>
          <w:sz w:val="20"/>
        </w:rPr>
        <w:t>A 75-minute ferry from the city drops you on a sand island with clear turquoise waters, snorkeling around the Tangalooma wrecks…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 Bank &amp; QAGOMA — </w:t>
      </w:r>
      <w:r>
        <w:rPr>
          <w:rFonts w:ascii="Arial" w:hAnsi="Arial" w:cs="Arial"/>
          <w:b w:val="0"/>
          <w:i w:val="0"/>
          <w:sz w:val="20"/>
        </w:rPr>
        <w:t>South Bank Parklands hugs the river opposite the CBD: a pedestrian beach (Streets Beach), riverside paths, the Queensland Art…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Story Bridge Adventure Climb — </w:t>
      </w:r>
      <w:r>
        <w:rPr>
          <w:rFonts w:ascii="Arial" w:hAnsi="Arial" w:cs="Arial"/>
          <w:b w:val="0"/>
          <w:i w:val="0"/>
          <w:sz w:val="20"/>
        </w:rPr>
        <w:t>Scale the cantilever arches of Brisbane's iconic 1940 bridge for 360° views over the river, CBD, and Moreton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Gold Coast Day Trip — </w:t>
      </w:r>
      <w:r>
        <w:rPr>
          <w:rFonts w:ascii="Arial" w:hAnsi="Arial" w:cs="Arial"/>
          <w:b w:val="0"/>
          <w:i w:val="0"/>
          <w:sz w:val="20"/>
        </w:rPr>
        <w:t>An hour south by road, the Gold Coast offers long surf beaches, Surfers Paradise, and hinterland rainforest at Lamington National…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 Bank Riverwalk &amp; Streets Beach: </w:t>
      </w:r>
      <w:r>
        <w:rPr>
          <w:rFonts w:ascii="Arial" w:hAnsi="Arial" w:cs="Arial"/>
          <w:b w:val="0"/>
          <w:i w:val="0"/>
          <w:sz w:val="20"/>
        </w:rPr>
        <w:t>4 km round trip | Flat | ~1.5 hrs — From South Bank ferry stop, walk the riverside promenade past Streets Beach (man-made lagoon…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Howard Smith Wharves &amp; Kangaroo Point Cliffs: </w:t>
      </w:r>
      <w:r>
        <w:rPr>
          <w:rFonts w:ascii="Arial" w:hAnsi="Arial" w:cs="Arial"/>
          <w:b w:val="0"/>
          <w:i w:val="0"/>
          <w:sz w:val="20"/>
        </w:rPr>
        <w:t>3 km | Easy-moderate | ~1.5 hrs — From the CBD ferry terminal, head to Howard Smith Wharves — a riverside precinct under the Story…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6:21AM–5:06PM · Jul 6:37AM–5:10PM · Sep 5:46AM–5:40PM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cruiseports.org/brisbane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Brisbane, Queensland,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risba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Windmill Observatory: The Tower Mill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Rocks Riverside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Lone Pine Koala Sanctuary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Queensland Police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Brisbane City Hall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Collective Markets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Stephen’s Cathedral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