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Brest,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wild western edge of Brittany, Brest pairs a formidable medieval castle and first-rate ocean discovery park with easy access to dramatic cliffs, medieval villages, and the windswept Crozon Peninsula.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de Commerce) · 🕒 Typical call: 8-10 hrs · 💶 Currency: Euro (€) · 🗣️ Language: French · 🌧️ Weather: Mild, often overcast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Port de Commerce, ~1.5 km from city center (steep uphill — shuttle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15-20 min uphill walk or free port shuttle to Place de la Liberté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Naval history, ocean science, Breton day trips, coastal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Château de Brest &amp; Navy Museum, Océanopolis ocean park, Cours Dajot promenade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€7–€9 — Taxis from the port to Brest city center cover roughly 2.4 km in about 4 minutes. Fares are regulated and vary slightly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Brest &amp; National Navy Museum — </w:t>
      </w:r>
      <w:r>
        <w:rPr>
          <w:rFonts w:ascii="Arial" w:hAnsi="Arial" w:cs="Arial"/>
          <w:b w:val="0"/>
          <w:i w:val="0"/>
          <w:sz w:val="20"/>
        </w:rPr>
        <w:t>The oldest monument in Brest — its origins trace back to a Roman castellum and it remains one of the world's oldest castles still…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Océanopolis Ocean Discovery Park — </w:t>
      </w:r>
      <w:r>
        <w:rPr>
          <w:rFonts w:ascii="Arial" w:hAnsi="Arial" w:cs="Arial"/>
          <w:b w:val="0"/>
          <w:i w:val="0"/>
          <w:sz w:val="20"/>
        </w:rPr>
        <w:t>One of Europe's top aquariums, with three massive pavilions covering polar, tropical, and temperate ocean ecosystems.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Crozon Peninsula Coastal Drive — </w:t>
      </w:r>
      <w:r>
        <w:rPr>
          <w:rFonts w:ascii="Arial" w:hAnsi="Arial" w:cs="Arial"/>
          <w:b w:val="0"/>
          <w:i w:val="0"/>
          <w:sz w:val="20"/>
        </w:rPr>
        <w:t>About an hour southwest of Brest, the Crozon Peninsula delivers towering Atlantic cliffs, wild beaches, and sweeping views across…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Locronan Medieval Village — </w:t>
      </w:r>
      <w:r>
        <w:rPr>
          <w:rFonts w:ascii="Arial" w:hAnsi="Arial" w:cs="Arial"/>
          <w:b w:val="0"/>
          <w:i w:val="0"/>
          <w:sz w:val="20"/>
        </w:rPr>
        <w:t>About an hour away, Locronan is classified among France's most beautiful villages (Les Plus Beaux Villages de France) —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 Saint-Mathieu Lighthouse &amp; Abbey Ruins — </w:t>
      </w:r>
      <w:r>
        <w:rPr>
          <w:rFonts w:ascii="Arial" w:hAnsi="Arial" w:cs="Arial"/>
          <w:b w:val="0"/>
          <w:i w:val="0"/>
          <w:sz w:val="20"/>
        </w:rPr>
        <w:t>A dramatic headland about 25 km west of Brest where a working lighthouse stands beside the ruins of a medieval abbey, overlooking…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Cours Dajot to Château de Brest: </w:t>
      </w:r>
      <w:r>
        <w:rPr>
          <w:rFonts w:ascii="Arial" w:hAnsi="Arial" w:cs="Arial"/>
          <w:b w:val="0"/>
          <w:i w:val="0"/>
          <w:sz w:val="20"/>
        </w:rPr>
        <w:t>2 km · 45 min · Easy-moderate — From the city center, stroll along the Cours Dajot promenade for panoramic views over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Rue de Siam to Ateliers des Capucins: </w:t>
      </w:r>
      <w:r>
        <w:rPr>
          <w:rFonts w:ascii="Arial" w:hAnsi="Arial" w:cs="Arial"/>
          <w:b w:val="0"/>
          <w:i w:val="0"/>
          <w:sz w:val="20"/>
        </w:rPr>
        <w:t>1.5 km · 30 min · Moderate (cable car available) — Walk Brest's main shopping street Rue de Siam, cross the Recouvrance cable car or footbridge over…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5:30AM–9:13PM · Jul 5:23AM–9:38PM · Sep 7:00AM–7:39PM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cruiseports.org/brest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Brest,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es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Oceanopolis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 de Recouvrance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National de la Marine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Vallée du Costour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 la Fontaine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Brest Museum of Fine Arts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 Naval Monument at Brest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