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Bozcaada, Çanakkale,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Aegean island that has been making wine since antiquity, guarded by an Ottoman castle, and barely touched by mass tourism — Bozcaada (ancient Tenedos) rewards cruisers who step off the tender into its cobblestone lanes.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small-ship dock · 🕒 Typical call: 6-8 hrs · 💵 Turkish Lira (TRY) · 🗣️ Turkish · 🍷 Wine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large ships; small/luxury ships dock at the main pier in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pier and tender dock are in the heart of Bozcaada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tasting, Aegean old-town atmosphere, beaches, Bozcaada Castle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Bozcaada Castle and a winery visit (Corvus or Amadeus are top picks)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(short rides ~₺50–150 est.) — Taxis wait at the harbor and can take you to beaches, vineyards, or anywhere on the island. Convenient but can be in dem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Bozcaada Castle — </w:t>
      </w:r>
      <w:r>
        <w:rPr>
          <w:rFonts w:ascii="Arial" w:hAnsi="Arial" w:cs="Arial"/>
          <w:b w:val="0"/>
          <w:i w:val="0"/>
          <w:sz w:val="20"/>
        </w:rPr>
        <w:t>The island's most striking landmark, this well-preserved fortress dominates the harbor entrance.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Winery Visit &amp; Tasting — </w:t>
      </w:r>
      <w:r>
        <w:rPr>
          <w:rFonts w:ascii="Arial" w:hAnsi="Arial" w:cs="Arial"/>
          <w:b w:val="0"/>
          <w:i w:val="0"/>
          <w:sz w:val="20"/>
        </w:rPr>
        <w:t>Bozcaada has produced wine since antiquity.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Ayazma Beach — </w:t>
      </w:r>
      <w:r>
        <w:rPr>
          <w:rFonts w:ascii="Arial" w:hAnsi="Arial" w:cs="Arial"/>
          <w:b w:val="0"/>
          <w:i w:val="0"/>
          <w:sz w:val="20"/>
        </w:rPr>
        <w:t>The island's most popular beach — white sand, turquoise Aegean water, sunbed hire, and a cafe.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 — Greek &amp; Ottoman Quarters — </w:t>
      </w:r>
      <w:r>
        <w:rPr>
          <w:rFonts w:ascii="Arial" w:hAnsi="Arial" w:cs="Arial"/>
          <w:b w:val="0"/>
          <w:i w:val="0"/>
          <w:sz w:val="20"/>
        </w:rPr>
        <w:t>Bozcaada's compact old town layers Greek Orthodox houses and a clock tower alongside Ottoman mosques and timber-framed…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Troy &amp; Gallipoli from the Mainland — </w:t>
      </w:r>
      <w:r>
        <w:rPr>
          <w:rFonts w:ascii="Arial" w:hAnsi="Arial" w:cs="Arial"/>
          <w:b w:val="0"/>
          <w:i w:val="0"/>
          <w:sz w:val="20"/>
        </w:rPr>
        <w:t>A roughly 35-minute ferry from Bozcaada to Geyikli port connects to guided day excursions to ancient Troy (less than an hour's…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Castle to Old Town Loop: </w:t>
      </w:r>
      <w:r>
        <w:rPr>
          <w:rFonts w:ascii="Arial" w:hAnsi="Arial" w:cs="Arial"/>
          <w:b w:val="0"/>
          <w:i w:val="0"/>
          <w:sz w:val="20"/>
        </w:rPr>
        <w:t>1.5 km · 45 min · Easy — Walk straight from the pier to Bozcaada Castle, explore the ramparts, then loop through the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to Çayır Bay Beach: </w:t>
      </w:r>
      <w:r>
        <w:rPr>
          <w:rFonts w:ascii="Arial" w:hAnsi="Arial" w:cs="Arial"/>
          <w:b w:val="0"/>
          <w:i w:val="0"/>
          <w:sz w:val="20"/>
        </w:rPr>
        <w:t>1.8 km · 25 min walk · Easy — Çayır Bay on the north shore is within walking distance of town — a clean sandy beach popular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6:01AM–8:23PM · Jul 6:00AM–8:42PM · Sep 6:57AM–7:24PM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cruiseports.org/bozcaada-island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Bozcaada, Çanakkale,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zcaad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Accommodations Bozcaada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Bozcaada Yel Değirmenleri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Bozcaada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Ada Güzeli Konaklama Bozcaada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Bozcaada Yerel Tarih Araştırma Merkez Müzesi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Ayana Koyu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Alaybey Cami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