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Bougival, Île-de-France,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Monet and Renoir painted these very riverbanks. Bougival's sleepy Seine-side quays and Impressionist trail make for a peaceful half-day off the barge — with Versailles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barge — docked along Seine quay · 🕒 Typical call: 4–6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barge ties up along the Seine embankment; you step straight off onto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immediately ashore; Impressionist trail starts within a few steps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history lovers, cyclists, day-trippers to Versailles or Malmaison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2 km Chemin des Impressionnistes on Île de la Chaussée with enamel painting reproductions at their exact original locations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€28–€40 — Taxis and Uber/Bolt are readily available for the ~30-minute ride to central Paris. Uber estimated ~€31; metered taxis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Chemin des Impressionnistes — </w:t>
      </w:r>
      <w:r>
        <w:rPr>
          <w:rFonts w:ascii="Arial" w:hAnsi="Arial" w:cs="Arial"/>
          <w:b w:val="0"/>
          <w:i w:val="0"/>
          <w:sz w:val="20"/>
        </w:rPr>
        <w:t>Walk the 2 km trail along the Île de la Chaussée where enamel plaques reproduce Impressionist paintings — Monet, Renoir, Sisley…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Malmaison — </w:t>
      </w:r>
      <w:r>
        <w:rPr>
          <w:rFonts w:ascii="Arial" w:hAnsi="Arial" w:cs="Arial"/>
          <w:b w:val="0"/>
          <w:i w:val="0"/>
          <w:sz w:val="20"/>
        </w:rPr>
        <w:t>About 4 km east in Rueil-Malmaison, this elegant château was Empress Joséphine's beloved home and now a museum preserving…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Versailles — </w:t>
      </w:r>
      <w:r>
        <w:rPr>
          <w:rFonts w:ascii="Arial" w:hAnsi="Arial" w:cs="Arial"/>
          <w:b w:val="0"/>
          <w:i w:val="0"/>
          <w:sz w:val="20"/>
        </w:rPr>
        <w:t>The Sun King's palace is only about 8 km away — a 15-minute drive.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Ivan Turgenev Museum — </w:t>
      </w:r>
      <w:r>
        <w:rPr>
          <w:rFonts w:ascii="Arial" w:hAnsi="Arial" w:cs="Arial"/>
          <w:b w:val="0"/>
          <w:i w:val="0"/>
          <w:sz w:val="20"/>
        </w:rPr>
        <w:t>The Russian novelist Ivan Turgenev spent his final years in this chalet-dacha in Bougival.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Parc de la Jonchère — </w:t>
      </w:r>
      <w:r>
        <w:rPr>
          <w:rFonts w:ascii="Arial" w:hAnsi="Arial" w:cs="Arial"/>
          <w:b w:val="0"/>
          <w:i w:val="0"/>
          <w:sz w:val="20"/>
        </w:rPr>
        <w:t>A hillside park frequented by Impressionist painters for its views over the Seine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Chemin des Impressionnistes — Île de la Chaussée: </w:t>
      </w:r>
      <w:r>
        <w:rPr>
          <w:rFonts w:ascii="Arial" w:hAnsi="Arial" w:cs="Arial"/>
          <w:b w:val="0"/>
          <w:i w:val="0"/>
          <w:sz w:val="20"/>
        </w:rPr>
        <w:t>2 km · Flat · 45–60 min — Cross the footbridge from the quay onto the Île de la Chaussée and follow the enamel plaques…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Quayside Stroll &amp; Town Center: </w:t>
      </w:r>
      <w:r>
        <w:rPr>
          <w:rFonts w:ascii="Arial" w:hAnsi="Arial" w:cs="Arial"/>
          <w:b w:val="0"/>
          <w:i w:val="0"/>
          <w:sz w:val="20"/>
        </w:rPr>
        <w:t>1 km · Flat · 20–30 min — Walk the Seine embankment from the dock into Bougival's town center.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6:09AM–9:26PM · Jul 6:04AM–9:49PM · Sep 7:28AM–8:03PM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cruiseports.org/bougival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Bougival, Île-de-France,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ugiv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Passerelle Debilly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Palace of Versailles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Bacchus Pool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de Chaillot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Eiffel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Pavillon Vendôme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Ennery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national des arts asiatiques - Guimet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