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Rønne, Bornholm, Denmark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Denmark's 'sunshine island' in the Baltic — medieval round churches, smokehouse herring, granite cliffs, and craft studios, all on a green isle made for slow exploring.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(Rønne harbour) · 🕒 Typical call: 8–10 hrs · 💵 Danish Krone (DKK) · 🗣️ Danish · English in tourism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Rønne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Nature · Crafts ·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Round churches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60–100 DKK (~$9–15 USD) — Taxis are available at the port. Base fare is ~45 DKK plus ~14 DKK/km. The short run to town center runs roughly 60–100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Round Churches Tour — </w:t>
      </w:r>
      <w:r>
        <w:rPr>
          <w:rFonts w:ascii="Arial" w:hAnsi="Arial" w:cs="Arial"/>
          <w:b w:val="0"/>
          <w:i w:val="0"/>
          <w:sz w:val="20"/>
        </w:rPr>
        <w:t>Bornholm's four whitewashed medieval round churches — fortress-like and utterly unique, with Østerlars the largest and most…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Hammershus Castle Ruins — </w:t>
      </w:r>
      <w:r>
        <w:rPr>
          <w:rFonts w:ascii="Arial" w:hAnsi="Arial" w:cs="Arial"/>
          <w:b w:val="0"/>
          <w:i w:val="0"/>
          <w:sz w:val="20"/>
        </w:rPr>
        <w:t>Northern Europe's largest medieval fortress ruin, sprawling atop granite cliffs on the wild north coast with sweeping Baltic…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Smokehouses &amp; Art Towns — </w:t>
      </w:r>
      <w:r>
        <w:rPr>
          <w:rFonts w:ascii="Arial" w:hAnsi="Arial" w:cs="Arial"/>
          <w:b w:val="0"/>
          <w:i w:val="0"/>
          <w:sz w:val="20"/>
        </w:rPr>
        <w:t>Taste the famous smoked Bornholm herring ('sol over Gudhjem'), then browse the glass, ceramic, and craft studios of pretty…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Bornholm by Bike — </w:t>
      </w:r>
      <w:r>
        <w:rPr>
          <w:rFonts w:ascii="Arial" w:hAnsi="Arial" w:cs="Arial"/>
          <w:b w:val="0"/>
          <w:i w:val="0"/>
          <w:sz w:val="20"/>
        </w:rPr>
        <w:t>Rent a bike and roll the flat, scenic cycle paths between fishing villages, smokehouses, and granite coast — the island's…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Rønne old town stroll: </w:t>
      </w:r>
      <w:r>
        <w:rPr>
          <w:rFonts w:ascii="Arial" w:hAnsi="Arial" w:cs="Arial"/>
          <w:b w:val="0"/>
          <w:i w:val="0"/>
          <w:sz w:val="20"/>
        </w:rPr>
        <w:t>~2 km · 1–1.5 hrs · easy — Wander the cobbled lanes of crooked, pastel half-timbered houses around Storegade and Laksegade…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Rønne harbour &amp; coast: </w:t>
      </w:r>
      <w:r>
        <w:rPr>
          <w:rFonts w:ascii="Arial" w:hAnsi="Arial" w:cs="Arial"/>
          <w:b w:val="0"/>
          <w:i w:val="0"/>
          <w:sz w:val="20"/>
        </w:rPr>
        <w:t>~2 km · 1 hr · easy — Along the working fishing harbour and out toward the coast, with the lighthouse and Baltic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Kastellet &amp; town walls: </w:t>
      </w:r>
      <w:r>
        <w:rPr>
          <w:rFonts w:ascii="Arial" w:hAnsi="Arial" w:cs="Arial"/>
          <w:b w:val="0"/>
          <w:i w:val="0"/>
          <w:sz w:val="20"/>
        </w:rPr>
        <w:t>~1.5 km · 1 hr · easy — The small round Rønne citadel (Kastellet) and the green ramparts at the southern edge of the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4:53AM–9:03PM · Jul 4:42AM–9:31PM · Sep 6:34AM–7:17PM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cruiseports.org/bornholm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Rønne, Bornholm, Denmark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rnhol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Clement's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Jon's Chapel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Lilleborg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Nicholas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Gamleborg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Bornholms Museum - Bornholms kulturhistoriske samlinger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NaturBornholm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Nylars Church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