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Boracay Island, Aklan, Philippines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Four kilometres of powder-white sand, crystal-clear turquoise water, and a reef teeming with marine life — Boracay earns its reputation as one of Asia's finest beach destinations.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7-9 hrs · 💵 Currency: Philippine Peso (PHP) · 🗣️ Filipino &amp; English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offshore; tenders to Caticlan Jetty, then bangka boat to Cagban Port on Boracay (30–40 min total)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Beach: </w:t>
      </w:r>
      <w:r>
        <w:rPr>
          <w:rFonts w:ascii="Arial" w:hAnsi="Arial" w:cs="Arial"/>
          <w:b w:val="0"/>
          <w:i w:val="0"/>
          <w:sz w:val="20"/>
        </w:rPr>
        <w:t>10–15 min e-trike ride from Cagban Port to White Beach Station 2/D'Mall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days, island hopping, water sports, sunset sailing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Sunset paraw sail along White Beach, island hopping to Crystal Cove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Boracay Xpress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White Beach Day — </w:t>
      </w:r>
      <w:r>
        <w:rPr>
          <w:rFonts w:ascii="Arial" w:hAnsi="Arial" w:cs="Arial"/>
          <w:b w:val="0"/>
          <w:i w:val="0"/>
          <w:sz w:val="20"/>
        </w:rPr>
        <w:t>Walk or e-trike along the 4-km White Beach from Station 3's quiet south end to the luxurious Station 1.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Hopping Tour — </w:t>
      </w:r>
      <w:r>
        <w:rPr>
          <w:rFonts w:ascii="Arial" w:hAnsi="Arial" w:cs="Arial"/>
          <w:b w:val="0"/>
          <w:i w:val="0"/>
          <w:sz w:val="20"/>
        </w:rPr>
        <w:t>A classic Boracay boat tour typically visits Crystal Cove Island (sea caves, snorkelling, cliff views), Puka Beach on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Sunset Paraw Sailing — </w:t>
      </w:r>
      <w:r>
        <w:rPr>
          <w:rFonts w:ascii="Arial" w:hAnsi="Arial" w:cs="Arial"/>
          <w:b w:val="0"/>
          <w:i w:val="0"/>
          <w:sz w:val="20"/>
        </w:rPr>
        <w:t>A paraw is the traditional Filipino double-outrigger sailboat.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Helmet Diving — </w:t>
      </w:r>
      <w:r>
        <w:rPr>
          <w:rFonts w:ascii="Arial" w:hAnsi="Arial" w:cs="Arial"/>
          <w:b w:val="0"/>
          <w:i w:val="0"/>
          <w:sz w:val="20"/>
        </w:rPr>
        <w:t>No scuba certification needed — helmet diving lets you walk on the seabed at 4–5 metres depth while breathing normally through 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Puka Beach &amp; North Island — </w:t>
      </w:r>
      <w:r>
        <w:rPr>
          <w:rFonts w:ascii="Arial" w:hAnsi="Arial" w:cs="Arial"/>
          <w:b w:val="0"/>
          <w:i w:val="0"/>
          <w:sz w:val="20"/>
        </w:rPr>
        <w:t>Puka Beach (Yapak Beach) on Boracay's northern tip is wilder and less developed than White Beach.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White Beach End-to-End: </w:t>
      </w:r>
      <w:r>
        <w:rPr>
          <w:rFonts w:ascii="Arial" w:hAnsi="Arial" w:cs="Arial"/>
          <w:b w:val="0"/>
          <w:i w:val="0"/>
          <w:sz w:val="20"/>
        </w:rPr>
        <w:t>4 km one-way · Easy · 45–60 min — Start at the southern end of White Beach (Station 3, quiet and budget) — a short e-trike from…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D'Mall to Willy's Rock: </w:t>
      </w:r>
      <w:r>
        <w:rPr>
          <w:rFonts w:ascii="Arial" w:hAnsi="Arial" w:cs="Arial"/>
          <w:b w:val="0"/>
          <w:i w:val="0"/>
          <w:sz w:val="20"/>
        </w:rPr>
        <w:t>1 km · Easy · 15 min — Short beach stroll from the main shopping hub at D'Mall north to Willy's Rock, a coral-encrusted…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5:28AM–6:08PM · Jul 5:35AM–6:20PM · Sep 5:41AM–5:53PM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cruiseports.org/boracay-island-philippines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Boracay Island, Aklan, Philippines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oracay-island-philippin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Motag Living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Boracay Newcoast Cove 2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Diniwid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West Cove Ruins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Our Lady of the Most Holy Rosary Parish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Mt. Luho View Deck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Shine Boracay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