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Bohol Island, Visayas,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island punching above its weight: surreal chocolate-brown hills, the world's tiniest primate, a floating buffet on the Loboc River, and Panglao's turquoise reefs — all within striking distance of a dockside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(Tagbilaran City Pier) · 🕒 Typical call: 7-9 hrs · 💵 Philippine Peso (₱) · 🗣️ Filipino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Tagbilaran City Tourist Pier (265 m berth); no tendering required for most calls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Tagbilaran downtown is ~10 min walk from the pier; most attractions need a van or 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wildlife spotters, river cruisers,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Chocolate Hills viewpoint at Carmen and the Philippine Tarsier Sanctuary in Corella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300–500 — Metered taxis are available at Tagbilaran Port for the short ride to Tagbilaran City center. Agree on a fare or insist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Chocolate Hills &amp; Carmen Viewpoint — </w:t>
      </w:r>
      <w:r>
        <w:rPr>
          <w:rFonts w:ascii="Arial" w:hAnsi="Arial" w:cs="Arial"/>
          <w:b w:val="0"/>
          <w:i w:val="0"/>
          <w:sz w:val="20"/>
        </w:rPr>
        <w:t>More than 1,200 nearly identical conical mounds stretch across central Bohol.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Philippine Tarsier Sanctuary — </w:t>
      </w:r>
      <w:r>
        <w:rPr>
          <w:rFonts w:ascii="Arial" w:hAnsi="Arial" w:cs="Arial"/>
          <w:b w:val="0"/>
          <w:i w:val="0"/>
          <w:sz w:val="20"/>
        </w:rPr>
        <w:t>The Corella sanctuary protects one of the world's smallest primates in a semi-wild forest enclosure.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Loboc River Floating Buffet Cruise — </w:t>
      </w:r>
      <w:r>
        <w:rPr>
          <w:rFonts w:ascii="Arial" w:hAnsi="Arial" w:cs="Arial"/>
          <w:b w:val="0"/>
          <w:i w:val="0"/>
          <w:sz w:val="20"/>
        </w:rPr>
        <w:t>Bamboo raft-restaurants drift along the jungle-fringed Loboc River while a local band plays and you eat a Filipino buffet.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Panglao Island Beach Day — </w:t>
      </w:r>
      <w:r>
        <w:rPr>
          <w:rFonts w:ascii="Arial" w:hAnsi="Arial" w:cs="Arial"/>
          <w:b w:val="0"/>
          <w:i w:val="0"/>
          <w:sz w:val="20"/>
        </w:rPr>
        <w:t>Alona Beach on Panglao Island offers powdery white sand, turquoise shallows, and beachfront cafés.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Baclayon Church &amp; Museum — </w:t>
      </w:r>
      <w:r>
        <w:rPr>
          <w:rFonts w:ascii="Arial" w:hAnsi="Arial" w:cs="Arial"/>
          <w:b w:val="0"/>
          <w:i w:val="0"/>
          <w:sz w:val="20"/>
        </w:rPr>
        <w:t>One of the oldest coral-stone churches in the Philippines; the present church was completed in 1727, on a Jesuit mission site…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Tagbilaran City Pier to Baclayon Church Walk: </w:t>
      </w:r>
      <w:r>
        <w:rPr>
          <w:rFonts w:ascii="Arial" w:hAnsi="Arial" w:cs="Arial"/>
          <w:b w:val="0"/>
          <w:i w:val="0"/>
          <w:sz w:val="20"/>
        </w:rPr>
        <w:t>4 km · ~1 hr · Flat — Head east along the coastal road from the pier past Carlos 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Bilar Man-Made Forest Trail: </w:t>
      </w:r>
      <w:r>
        <w:rPr>
          <w:rFonts w:ascii="Arial" w:hAnsi="Arial" w:cs="Arial"/>
          <w:b w:val="0"/>
          <w:i w:val="0"/>
          <w:sz w:val="20"/>
        </w:rPr>
        <w:t>1 km · Easy · Shaded — A dense corridor of mahogany trees planted decades ago lines the road through Bilar.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5:24AM–5:57PM · Jul 5:31AM–6:09PM · Sep 5:34AM–5:44PM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cruiseports.org/bohol-island-philippines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Bohol Island, Visayas,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hol-island-philipp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Hinagdanan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Maribojoc Mangrove Firefly Watching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Blood Compact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Baclayon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the Assumption (Dauis Church)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Panglao Watchtower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Abatan River Community Life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塔比拉兰码头 （薄荷岛）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