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Boa Vista Island, Cape Verde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Africa's windswept gem drops you onto a desert island where Saharan dunes meet turquoise Atlantic surf — and loggerhead turtles outnumber the tourists.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cruise pier) · 🕒 Typical call: 7-9 hrs · 💵 Cape Verdean Escudo (CVE) / Euros accepted · 🗣️ Portuguese (Kriolu widely spoken) · 🐢 Turtle nesting: July–October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Anchor in Sal Rei Bay; tender to waterfront pier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&lt; 2 min from tender pier to Sal Rei town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desert tours, snorkeling, turtle watching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Viana Desert quad tour &amp; Cabo Santa Maria shipwreck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€10–€22 — Taxis are available at the port and can take you to Sal Rei (the main town) for around €10–€15. Prices may be quoted in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Viana Desert Quad or Buggy Tour — </w:t>
      </w:r>
      <w:r>
        <w:rPr>
          <w:rFonts w:ascii="Arial" w:hAnsi="Arial" w:cs="Arial"/>
          <w:b w:val="0"/>
          <w:i w:val="0"/>
          <w:sz w:val="20"/>
        </w:rPr>
        <w:t>Saharan sand carried by trade winds has built a true desert in the heart of Boa Vista.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Santa Monica Beach Day — </w:t>
      </w:r>
      <w:r>
        <w:rPr>
          <w:rFonts w:ascii="Arial" w:hAnsi="Arial" w:cs="Arial"/>
          <w:b w:val="0"/>
          <w:i w:val="0"/>
          <w:sz w:val="20"/>
        </w:rPr>
        <w:t>A roughly 18 km sweep of white sand on the island's southwest coast, consistently ranked one of Africa's finest beaches.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Loggerhead Turtle Night Tour (Jul–Oct) — </w:t>
      </w:r>
      <w:r>
        <w:rPr>
          <w:rFonts w:ascii="Arial" w:hAnsi="Arial" w:cs="Arial"/>
          <w:b w:val="0"/>
          <w:i w:val="0"/>
          <w:sz w:val="20"/>
        </w:rPr>
        <w:t>Boa Vista hosts one of the Atlantic's most important loggerhead sea-turtle nesting sites.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Catamaran Snorkel &amp; Swim — </w:t>
      </w:r>
      <w:r>
        <w:rPr>
          <w:rFonts w:ascii="Arial" w:hAnsi="Arial" w:cs="Arial"/>
          <w:b w:val="0"/>
          <w:i w:val="0"/>
          <w:sz w:val="20"/>
        </w:rPr>
        <w:t>Sail around Sal Rei Bay past Djeu Island, snorkel over coral reefs and shipwreck debris, and swim in clear Atlantic waters.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 Rei Town &amp; Chapel Walk — </w:t>
      </w:r>
      <w:r>
        <w:rPr>
          <w:rFonts w:ascii="Arial" w:hAnsi="Arial" w:cs="Arial"/>
          <w:b w:val="0"/>
          <w:i w:val="0"/>
          <w:sz w:val="20"/>
        </w:rPr>
        <w:t>Compact and walkable, Sal Rei has colonial-era architecture, a lively market, and the Igreja de Santa Isabel on the main square.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Sal Rei Waterfront &amp; Town Loop: </w:t>
      </w:r>
      <w:r>
        <w:rPr>
          <w:rFonts w:ascii="Arial" w:hAnsi="Arial" w:cs="Arial"/>
          <w:b w:val="0"/>
          <w:i w:val="0"/>
          <w:sz w:val="20"/>
        </w:rPr>
        <w:t>1.5 km · 25 min · Easy — From the tender pier stroll north along the waterfront past fishing boats, then into the small…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0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6:01AM–6:54PM · Jul 6:07AM–7:07PM · Sep 6:20AM–6:33PM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cruiseports.org/boa-vista-island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Boa Vista Island, Cape Verde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oa-vist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sidy tours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de Chaves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Momo Tour Boavista Cap vert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Praia da Atalanta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Chaminé de Chaves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