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Block Island, Rhode Island,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island paradise off the Rhode Island coast, Block Island rewards its cruise visitors with dramatic clay bluffs, two historic lighthouses, pristine beaches, and miles of walking trails — all reachable by tender from Old Harbor.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 Old Harbor) · 🕒 Typical call: 6-8 hrs · 💵 USD · 🗣️ English · 🚲 Bikes &amp; mopeds for hire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and ferry passengers to Old Harbor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Old Harbor town is steps from the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lighthouse hiking, cycling, nature trails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Mohegan Bluffs &amp; Southeast Lighthouse — 200-ft clay cliffs with ocean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Zone-based fares; short trips ~$10–$20 — Over 30 licensed taxis operate on a zone-based system (no meters). Stands are located at Old Harbor ferry dock and New 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Mohegan Bluffs &amp; Southeast Lighthouse — </w:t>
      </w:r>
      <w:r>
        <w:rPr>
          <w:rFonts w:ascii="Arial" w:hAnsi="Arial" w:cs="Arial"/>
          <w:b w:val="0"/>
          <w:i w:val="0"/>
          <w:sz w:val="20"/>
        </w:rPr>
        <w:t>Hike or bike to the dramatic 200-ft clay bluffs on the island's southeast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Clay Head Trail &amp; The Maze — </w:t>
      </w:r>
      <w:r>
        <w:rPr>
          <w:rFonts w:ascii="Arial" w:hAnsi="Arial" w:cs="Arial"/>
          <w:b w:val="0"/>
          <w:i w:val="0"/>
          <w:sz w:val="20"/>
        </w:rPr>
        <w:t>A 190-acre preserve on the northeast tip with bluff-top trails, a sandy beach, and an intriguing network of unmarked paths called…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or Moped the Whole Island — </w:t>
      </w:r>
      <w:r>
        <w:rPr>
          <w:rFonts w:ascii="Arial" w:hAnsi="Arial" w:cs="Arial"/>
          <w:b w:val="0"/>
          <w:i w:val="0"/>
          <w:sz w:val="20"/>
        </w:rPr>
        <w:t>Rent a bike or moped at Old Harbor and loop the roughly 19-mile perimeter road, stopping at lighthouses, bluffs, and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Lighthouse &amp; Sandy Point — </w:t>
      </w:r>
      <w:r>
        <w:rPr>
          <w:rFonts w:ascii="Arial" w:hAnsi="Arial" w:cs="Arial"/>
          <w:b w:val="0"/>
          <w:i w:val="0"/>
          <w:sz w:val="20"/>
        </w:rPr>
        <w:t>The 1867 granite North Light sits at Sandy Point in the Block Island National Wildlife Refuge.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Crescent Beach &amp; Ballard's Beach — </w:t>
      </w:r>
      <w:r>
        <w:rPr>
          <w:rFonts w:ascii="Arial" w:hAnsi="Arial" w:cs="Arial"/>
          <w:b w:val="0"/>
          <w:i w:val="0"/>
          <w:sz w:val="20"/>
        </w:rPr>
        <w:t>Two miles of sandy Atlantic coastline start just steps from Old Harbor.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Harbor Town Walk: </w:t>
      </w:r>
      <w:r>
        <w:rPr>
          <w:rFonts w:ascii="Arial" w:hAnsi="Arial" w:cs="Arial"/>
          <w:b w:val="0"/>
          <w:i w:val="0"/>
          <w:sz w:val="20"/>
        </w:rPr>
        <w:t>1.5 miles • Easy • ~45 min — From the tender dock, stroll the historic Victorian-era waterfront: check out the Spring 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Mohegan Bluffs to Southeast Lighthouse: </w:t>
      </w:r>
      <w:r>
        <w:rPr>
          <w:rFonts w:ascii="Arial" w:hAnsi="Arial" w:cs="Arial"/>
          <w:b w:val="0"/>
          <w:i w:val="0"/>
          <w:sz w:val="20"/>
        </w:rPr>
        <w:t>1.5 miles loop • Easy-Moderate • ~1 hr (at bluffs) — From the bluffs parking area (reached by bike or taxi), walk the cliff-edge path above the 200-ft…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Clay Head Nature Trail: </w:t>
      </w:r>
      <w:r>
        <w:rPr>
          <w:rFonts w:ascii="Arial" w:hAnsi="Arial" w:cs="Arial"/>
          <w:b w:val="0"/>
          <w:i w:val="0"/>
          <w:sz w:val="20"/>
        </w:rPr>
        <w:t>~5 miles round trip • Moderate • 2-2.5 hrs — Start at the Clay Head trailhead off Corn Neck Road.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5:28AM–7:57PM · Jul 5:27AM–8:17PM · Sep 6:27AM–6:54PM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cruiseports.org/block-island-ri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Block Island, Rhode Island,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ock-island-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Rodman's Hollow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Frederick J. Benson Town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Southeast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Mohegan Bluffs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