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Bleiksøya Island, Vesterålen,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steep, cone-shaped bird rock rising from the Norwegian Sea, Bleiksøya is home to 80,000 pairs of Atlantic puffins. Ships anchor off Bleik village — one of Norway's most spectacular Arctic beaches — and tender passengers ashore for wildlife safaris unlike anything else in Europe.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5–7 hrs · 💵 Norwegian Krone (NOK) · 🗣️ Norwegian · 🐦 Wildlife &amp; nature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— ships anchor offshore; tenders land at Bleik village harbour (~400 m from anchorage)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Bleik village is tiny — café, shop, and beach are within 5–10 min on foot from the tender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Puffin &amp; seabird safaris, whale watching, Arctic beach walks, midnight sun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boat puffin safari around Bleiksøya (April–August): 80,000 breeding puffin pairs on the cliffs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280–340 NOK (~$25–$32 USD) — Taxis run between Bleik and Andenes (the nearest town with shops and services), about 10 km away and a 10-minute ride. 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Safari Around Bleiksøya — </w:t>
      </w:r>
      <w:r>
        <w:rPr>
          <w:rFonts w:ascii="Arial" w:hAnsi="Arial" w:cs="Arial"/>
          <w:b w:val="0"/>
          <w:i w:val="0"/>
          <w:sz w:val="20"/>
        </w:rPr>
        <w:t>Small boats circle the protected cone-shaped island while 80,000 pairs of Atlantic puffins wheel overhead and perch on sea-level…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Sperm Whale Safari — Bleik Canyon — </w:t>
      </w:r>
      <w:r>
        <w:rPr>
          <w:rFonts w:ascii="Arial" w:hAnsi="Arial" w:cs="Arial"/>
          <w:b w:val="0"/>
          <w:i w:val="0"/>
          <w:sz w:val="20"/>
        </w:rPr>
        <w:t>The Bleik Canyon, a deep submarine trench roughly 10 nautical miles (~17 km) offshore, draws sperm whales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Bleik Beach Walk (Bleiksstranda) — </w:t>
      </w:r>
      <w:r>
        <w:rPr>
          <w:rFonts w:ascii="Arial" w:hAnsi="Arial" w:cs="Arial"/>
          <w:b w:val="0"/>
          <w:i w:val="0"/>
          <w:sz w:val="20"/>
        </w:rPr>
        <w:t>One of Norway's longest white-sand beaches stretches along the village, backed by dramatic dunes — an extraordinary sight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Måtinden — </w:t>
      </w:r>
      <w:r>
        <w:rPr>
          <w:rFonts w:ascii="Arial" w:hAnsi="Arial" w:cs="Arial"/>
          <w:b w:val="0"/>
          <w:i w:val="0"/>
          <w:sz w:val="20"/>
        </w:rPr>
        <w:t>Vesterålen's signature hike (405 m) above Bleik rewards with panoramic views over Bleiksstranda beach, Bleiksøya bird island,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Bleik Village &amp; Beach Stroll: </w:t>
      </w:r>
      <w:r>
        <w:rPr>
          <w:rFonts w:ascii="Arial" w:hAnsi="Arial" w:cs="Arial"/>
          <w:b w:val="0"/>
          <w:i w:val="0"/>
          <w:sz w:val="20"/>
        </w:rPr>
        <w:t>1–2 hrs | Easy | Free — From the tender pier, walk through the small village to Bleiksstranda — one of Norway's most…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6:11AM–7:29PM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cruiseports.org/bleiksoya-island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Bleiksøya Island, Vesterålen,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leiksoy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Puffin Safari 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Bleik, Vesteralen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Andøymuseet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Bleik sandstrand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Spaceship Aurora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