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Blanquilla Island, Federal Dependencies, Venezuela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 Blanquilla — 'the little white one' — is a deserted Venezuelan island ringed by sugar-sand beaches and coral reefs. No hotels, no restaurants, no crowds: just clear water and wild donkeys.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6–8 hrs · 💵 Currency: Venezuelan bolívar (USD often accepted on ship tenders) · 🗣️ Language: Spanish · 🏝️ Uninhabited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— ships anchor offshore, tenders to Playa Yaque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 town — beach and nature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secluded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Wall diving starting just 65 ft from shore, dropping 3,000+ 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Black Coral Reefs — </w:t>
      </w:r>
      <w:r>
        <w:rPr>
          <w:rFonts w:ascii="Arial" w:hAnsi="Arial" w:cs="Arial"/>
          <w:b w:val="0"/>
          <w:i w:val="0"/>
          <w:sz w:val="20"/>
        </w:rPr>
        <w:t>The waters around Blanquilla host some of the Caribbean's last healthy black coral formations.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Yaque Beach Day — </w:t>
      </w:r>
      <w:r>
        <w:rPr>
          <w:rFonts w:ascii="Arial" w:hAnsi="Arial" w:cs="Arial"/>
          <w:b w:val="0"/>
          <w:i w:val="0"/>
          <w:sz w:val="20"/>
        </w:rPr>
        <w:t>Powder-white sand and turquoise water with virtually no other visitors beyond your fellow passengers.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Dinghy to Americano Bay — </w:t>
      </w:r>
      <w:r>
        <w:rPr>
          <w:rFonts w:ascii="Arial" w:hAnsi="Arial" w:cs="Arial"/>
          <w:b w:val="0"/>
          <w:i w:val="0"/>
          <w:sz w:val="20"/>
        </w:rPr>
        <w:t>From Playa Yaque, small boat excursions round the coast to Americano Bay, where dramatic cliffs, a natural rock arch, and further…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Walk &amp; Wildlife Spotting — </w:t>
      </w:r>
      <w:r>
        <w:rPr>
          <w:rFonts w:ascii="Arial" w:hAnsi="Arial" w:cs="Arial"/>
          <w:b w:val="0"/>
          <w:i w:val="0"/>
          <w:sz w:val="20"/>
        </w:rPr>
        <w:t>Follow donkey trails inland to spot iguanas, seabirds, and the resident wild donkey and goat herds that roam the arid scrub.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Yaque Beach Stroll: </w:t>
      </w:r>
      <w:r>
        <w:rPr>
          <w:rFonts w:ascii="Arial" w:hAnsi="Arial" w:cs="Arial"/>
          <w:b w:val="0"/>
          <w:i w:val="0"/>
          <w:sz w:val="20"/>
        </w:rPr>
        <w:t>Easy · 1–2 km · Flat sand — Walk the length of Playa Yaque from the tender landing and back.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Yaque to Playa Carantón: </w:t>
      </w:r>
      <w:r>
        <w:rPr>
          <w:rFonts w:ascii="Arial" w:hAnsi="Arial" w:cs="Arial"/>
          <w:b w:val="0"/>
          <w:i w:val="0"/>
          <w:sz w:val="20"/>
        </w:rPr>
        <w:t>Moderate · ~3 km one-way · Sandy trail, cacti — A donkey-track walk south from Playa Yaque towards the quieter Playa Carantón on the south coast…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6:05AM–6:39PM · Jun 5:46AM–6:59PM · Aug 6:04AM–6:48PM · Sep 6:10AM–6:24PM · Oct 6:16AM–5:59PM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your own snorkel gear. There is no equipment rental on the island. Most ships sell or rent gear onboard — sort it out the evening before.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 exposure is extreme. No trees near the anchorage beach. High-SPF reef-safe sunscreen, hat, and rashguard are essential for a full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Zero facilities ashore. No food, water, toilets, or shade structures. Load up with drinks and snacks from the ship before tendering.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cruiseports.org/blanquilla-island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