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Bjørnøya,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Halfway between mainland Norway and Spitsbergen, Bear Island is one of the North Atlantic's great seabird kingdoms — a protected wilderness of plunging cliffs, fog-shrouded plateaus, and millions of nesting guillemots.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Expedition Zodiac only (no pier) · 🕒 Typical call: 3-6 hrs (weather-dependent) · 💵 Norwegian Krone (NOK) · 🗣️ Norwegian · 🐦 Wildlife focus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Zodiac/tender only — no pier; landings weather-dependent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Location: </w:t>
      </w:r>
      <w:r>
        <w:rPr>
          <w:rFonts w:ascii="Arial" w:hAnsi="Arial" w:cs="Arial"/>
          <w:b w:val="0"/>
          <w:i w:val="0"/>
          <w:sz w:val="20"/>
        </w:rPr>
        <w:t>Barents Sea, 74°N — 178 km² nature reserve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cliffs, Arctic wildlife, expedition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guillemot cliffs of Stappen and Fuglefjella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Cliff Zodiac Cruise — </w:t>
      </w:r>
      <w:r>
        <w:rPr>
          <w:rFonts w:ascii="Arial" w:hAnsi="Arial" w:cs="Arial"/>
          <w:b w:val="0"/>
          <w:i w:val="0"/>
          <w:sz w:val="20"/>
        </w:rPr>
        <w:t>Zodiac along the dramatic southern cliffs — collectively known as Fuglefjella, including the towering Stappen pillar — where over…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Herwighamna Landing &amp; Meteorological Station — </w:t>
      </w:r>
      <w:r>
        <w:rPr>
          <w:rFonts w:ascii="Arial" w:hAnsi="Arial" w:cs="Arial"/>
          <w:b w:val="0"/>
          <w:i w:val="0"/>
          <w:sz w:val="20"/>
        </w:rPr>
        <w:t>Land at the only inhabited spot on the island — the Norwegian meteorological station, continuously staffed since 1947 (an earlier…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Kvalrossbukta Whaling Ruins — </w:t>
      </w:r>
      <w:r>
        <w:rPr>
          <w:rFonts w:ascii="Arial" w:hAnsi="Arial" w:cs="Arial"/>
          <w:b w:val="0"/>
          <w:i w:val="0"/>
          <w:sz w:val="20"/>
        </w:rPr>
        <w:t>Visit the remains of the old whaling and walrus-hunting outpost on the island's coast — a stark reminder of Bear Island's brutal…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Miseryfjellet Hike — </w:t>
      </w:r>
      <w:r>
        <w:rPr>
          <w:rFonts w:ascii="Arial" w:hAnsi="Arial" w:cs="Arial"/>
          <w:b w:val="0"/>
          <w:i w:val="0"/>
          <w:sz w:val="20"/>
        </w:rPr>
        <w:t>For fit expedition travellers, hike toward Miseryfjellet (536 m), the island's highest peak, for panoramic views of the Barents…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Herwighamna Northern Plain: </w:t>
      </w:r>
      <w:r>
        <w:rPr>
          <w:rFonts w:ascii="Arial" w:hAnsi="Arial" w:cs="Arial"/>
          <w:b w:val="0"/>
          <w:i w:val="0"/>
          <w:sz w:val="20"/>
        </w:rPr>
        <w:t>Easy · 1-3 km · Flat tundra — Wander the boggy Arctic tundra around the met station, with around 1,200 shallow freshwater lakes…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Southern Cliff Viewpoints: </w:t>
      </w:r>
      <w:r>
        <w:rPr>
          <w:rFonts w:ascii="Arial" w:hAnsi="Arial" w:cs="Arial"/>
          <w:b w:val="0"/>
          <w:i w:val="0"/>
          <w:sz w:val="20"/>
        </w:rPr>
        <w:t>Moderate · variable · Rugged coastal path — If a southern landing is permitted, approach the cliff tops above Fuglefjella to look down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4:48AM–9:45PM · Jul 4:32AM–10:18PM · Sep 6:49AM–7:39PM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cruiseports.org/bjornoya-bear-island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Bjørnøya, Svalbard,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jornoya-bear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Tollerodden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Salsås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Istrehågan, Iron age Cemetery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Herregården i Larvik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Brevik church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