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Biloxi, Mississippi,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'Gulf Coast Riviera' rolls out miles of white-sand beach, a skyline of casino towers, and a seafood heritage stretching back to the Biloxi oyster schooners. American Cruise Lines' intimate Gulf Coast itinerary makes this sun-drenched city a natural stop.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(Small Craft Harbor) · 🕒 Typical call: 6–8 hrs · 💵 USD · 🗣️ English · 🎰 Casino city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 Craft Harbor, Biloxi waterfront — served by American Cruise Lines small ships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Waterfront attractions within 5–10 min walk; casinos &amp; beach along Highway 90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Casinos, Gulf seafood, maritime history, beach strolls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Biloxi Lighthouse (1848), Maritime &amp; Seafood Industry Museum, a real shrimping trip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$10–25 (metered) — zTrip offers 24/7 metered taxi service in Biloxi. Available on demand or by reservation; fares vary by distance.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Biloxi Lighthouse &amp; Beach Boulevard Stroll — </w:t>
      </w:r>
      <w:r>
        <w:rPr>
          <w:rFonts w:ascii="Arial" w:hAnsi="Arial" w:cs="Arial"/>
          <w:b w:val="0"/>
          <w:i w:val="0"/>
          <w:sz w:val="20"/>
        </w:rPr>
        <w:t>The 1848 Biloxi Lighthouse is one of the Gulf Coast's most photographed landmarks.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Biloxi Shrimping Trip — </w:t>
      </w:r>
      <w:r>
        <w:rPr>
          <w:rFonts w:ascii="Arial" w:hAnsi="Arial" w:cs="Arial"/>
          <w:b w:val="0"/>
          <w:i w:val="0"/>
          <w:sz w:val="20"/>
        </w:rPr>
        <w:t>Climb aboard a working shrimp boat for a 70-minute 'Living Marine Adventure' cruise.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Maritime &amp; Seafood Industry Museum — </w:t>
      </w:r>
      <w:r>
        <w:rPr>
          <w:rFonts w:ascii="Arial" w:hAnsi="Arial" w:cs="Arial"/>
          <w:b w:val="0"/>
          <w:i w:val="0"/>
          <w:sz w:val="20"/>
        </w:rPr>
        <w:t>Traces the Gulf Coast's shrimping, oystering, and boat-building heritage.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Ohr-O'Keefe Museum of Art — </w:t>
      </w:r>
      <w:r>
        <w:rPr>
          <w:rFonts w:ascii="Arial" w:hAnsi="Arial" w:cs="Arial"/>
          <w:b w:val="0"/>
          <w:i w:val="0"/>
          <w:sz w:val="20"/>
        </w:rPr>
        <w:t>Designed by Frank Gehry, this striking campus celebrates George 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Beauvoir — Jefferson Davis Estate — </w:t>
      </w:r>
      <w:r>
        <w:rPr>
          <w:rFonts w:ascii="Arial" w:hAnsi="Arial" w:cs="Arial"/>
          <w:b w:val="0"/>
          <w:i w:val="0"/>
          <w:sz w:val="20"/>
        </w:rPr>
        <w:t>The beachfront antebellum mansion where Confederate President Jefferson Davis spent his final years.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 Boulevard Lighthouse Walk: </w:t>
      </w:r>
      <w:r>
        <w:rPr>
          <w:rFonts w:ascii="Arial" w:hAnsi="Arial" w:cs="Arial"/>
          <w:b w:val="0"/>
          <w:i w:val="0"/>
          <w:sz w:val="20"/>
        </w:rPr>
        <w:t>2.5 km · Flat · 30–45 min — A classic Biloxi stroll along the Gulf-facing promenade.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Ohr-O'Keefe Museum to Beauvoir: </w:t>
      </w:r>
      <w:r>
        <w:rPr>
          <w:rFonts w:ascii="Arial" w:hAnsi="Arial" w:cs="Arial"/>
          <w:b w:val="0"/>
          <w:i w:val="0"/>
          <w:sz w:val="20"/>
        </w:rPr>
        <w:t>By trolley or taxi · 20 min — Take the Casino Hopper west to the Ohr-O'Keefe Museum of Art, then continue a short ride to…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6:01AM–7:42PM · Jul 6:04AM–7:58PM · Sep 6:40AM–7:00PM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cruiseports.org/biloxi-ms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Biloxi, Mississippi,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iloxi-m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Biloxi Lighthouse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Lighthouse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Biloxi Shrimping Trip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Point Cadet Plaza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Inner Harbor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Mississippi Gulf Coast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Biloxi Beach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Hiller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