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Bilbao, Basque Country,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a titanium museum transformed an industrial city into one of Europe's great cultural destinations — and the pintxos alone are worth the detour.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💶 Euro (€) · 🗣️ Spanish / Basque (Euskera) · 🚌 Shuttle to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 at Santurtzi cruise terminal, ~14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Art, Basque food, architecture, old town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Guggenheim Museum Bilbao and pintxos in the Casco Viejo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€30–40 each way — Taxis are metered; the ~20km ride to Bilbao city center takes about 25–30 min. Fares updated January 2025: €4.85 base +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Bilbao City View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Guggenheim Museum Bilbao — </w:t>
      </w:r>
      <w:r>
        <w:rPr>
          <w:rFonts w:ascii="Arial" w:hAnsi="Arial" w:cs="Arial"/>
          <w:b w:val="0"/>
          <w:i w:val="0"/>
          <w:sz w:val="20"/>
        </w:rPr>
        <w:t>Frank Gehry's 1997 titanium masterpiece is one of the most celebrated buildings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Casco Viejo (Old Town) Walk — </w:t>
      </w:r>
      <w:r>
        <w:rPr>
          <w:rFonts w:ascii="Arial" w:hAnsi="Arial" w:cs="Arial"/>
          <w:b w:val="0"/>
          <w:i w:val="0"/>
          <w:sz w:val="20"/>
        </w:rPr>
        <w:t>The 'Siete Calles' (Seven Streets) are Bilbao's medieval core — tight lanes packed with pintxos bars, independent shops,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Pintxos Bar Crawl — </w:t>
      </w:r>
      <w:r>
        <w:rPr>
          <w:rFonts w:ascii="Arial" w:hAnsi="Arial" w:cs="Arial"/>
          <w:b w:val="0"/>
          <w:i w:val="0"/>
          <w:sz w:val="20"/>
        </w:rPr>
        <w:t>Pintxos (Basque tapas) are taken seriously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Zubizuri &amp; Riverfront Walk — </w:t>
      </w:r>
      <w:r>
        <w:rPr>
          <w:rFonts w:ascii="Arial" w:hAnsi="Arial" w:cs="Arial"/>
          <w:b w:val="0"/>
          <w:i w:val="0"/>
          <w:sz w:val="20"/>
        </w:rPr>
        <w:t>Santiago Calatrava's white arched footbridge (Zubizuri) is one of several striking bridges spanning the Ría de Bilbao.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Juan de Gaztelugatxe Day Trip — </w:t>
      </w:r>
      <w:r>
        <w:rPr>
          <w:rFonts w:ascii="Arial" w:hAnsi="Arial" w:cs="Arial"/>
          <w:b w:val="0"/>
          <w:i w:val="0"/>
          <w:sz w:val="20"/>
        </w:rPr>
        <w:t>A 45-minute drive from Bilbao brings you to this dramatic hermitage perched on a sea stack — the 'Dragonstone' filming location…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Guggenheim to Casco Viejo Riverside Walk: </w:t>
      </w:r>
      <w:r>
        <w:rPr>
          <w:rFonts w:ascii="Arial" w:hAnsi="Arial" w:cs="Arial"/>
          <w:b w:val="0"/>
          <w:i w:val="0"/>
          <w:sz w:val="20"/>
        </w:rPr>
        <w:t>2 km · 25 min · Flat — Start at the Guggenheim's Puppy sculpture and walk east along the Ría de Bilbao riverbank.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Casco Viejo Lanes &amp; Cathedral: </w:t>
      </w:r>
      <w:r>
        <w:rPr>
          <w:rFonts w:ascii="Arial" w:hAnsi="Arial" w:cs="Arial"/>
          <w:b w:val="0"/>
          <w:i w:val="0"/>
          <w:sz w:val="20"/>
        </w:rPr>
        <w:t>1 km loop · 1 hr · Easy — Wander the Siete Calles from Plaza Nueva, peek into the Santiago Cathedral, browse the covered…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6:47AM–9:28PM · Jul 6:45AM–9:49PM · Sep 7:51AM–8:21PM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cruiseports.org/bilbao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Bilbao, Basque Country,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b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Guggenheim Museum Bilbao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Sacred Art of Bilbao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 of Bilbao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Itsasmuseum Bilbao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Bilboko Donejakue Katedrala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Artxanda Funicular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Funicular bottom station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 Vicente de Abando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