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Bergen,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Norway's second city sits wrapped in seven mountains and a harbor that's been busy since the Vikings. Bryggen's painted wooden facades are a UNESCO icon, the fjords begin just outside town, and you can ride a funicular to the clouds before lunch.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(multiple central piers) · 🕒 Typical call: 8-12 hrs · 💵 Norwegian Krone (NOK)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Central piers (Skolten, Festningskaien, Bontelabo) — 5-10 min walk to Bryggen. Large ships may dock at Dokken/Jekteviken, 2.5 km from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Skolten/Festningskaien; free shuttle from Dokken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Fjord day trips, UNESCO heritage, hiking,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Fløibanen funicular ride + Flåm Railway day excursion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150–300 NOK (~$15–$28) — Taxis are readily available at the cruise terminals. Short ride to city center; Norway taxis are metered and on the pric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Flåm Railway &amp; Nærøyfjord Cruise — </w:t>
      </w:r>
      <w:r>
        <w:rPr>
          <w:rFonts w:ascii="Arial" w:hAnsi="Arial" w:cs="Arial"/>
          <w:b w:val="0"/>
          <w:i w:val="0"/>
          <w:sz w:val="20"/>
        </w:rPr>
        <w:t>The classic full-day 'Norway in a Nutshell' circuit: coach to Voss or Myrdal, then the scenic Flåmsbana railway descending 864…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Fløibanen Funicular &amp; Mount Fløyen — </w:t>
      </w:r>
      <w:r>
        <w:rPr>
          <w:rFonts w:ascii="Arial" w:hAnsi="Arial" w:cs="Arial"/>
          <w:b w:val="0"/>
          <w:i w:val="0"/>
          <w:sz w:val="20"/>
        </w:rPr>
        <w:t>A six-minute funicular ride from the city center delivers panoramic views of Bergen, its seven mountains, and the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Bryggen Wharf &amp; Hanseatic Museum — </w:t>
      </w:r>
      <w:r>
        <w:rPr>
          <w:rFonts w:ascii="Arial" w:hAnsi="Arial" w:cs="Arial"/>
          <w:b w:val="0"/>
          <w:i w:val="0"/>
          <w:sz w:val="20"/>
        </w:rPr>
        <w:t>Wander the narrow alleys of Bergen's UNESCO-listed medieval wharf, then step into the Hanseatic Museum to understand how German…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Hardangerfjord Day Trip — </w:t>
      </w:r>
      <w:r>
        <w:rPr>
          <w:rFonts w:ascii="Arial" w:hAnsi="Arial" w:cs="Arial"/>
          <w:b w:val="0"/>
          <w:i w:val="0"/>
          <w:sz w:val="20"/>
        </w:rPr>
        <w:t>Coach east to the Hardangerfjord — Norway's 'Queen of Fjords' — famed for fruit orchards in bloom, and the Steinsdalsfossen…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Bergen Fish Market (Fisketorget) — </w:t>
      </w:r>
      <w:r>
        <w:rPr>
          <w:rFonts w:ascii="Arial" w:hAnsi="Arial" w:cs="Arial"/>
          <w:b w:val="0"/>
          <w:i w:val="0"/>
          <w:sz w:val="20"/>
        </w:rPr>
        <w:t>The covered Fish Market on the wharf is Bergen's most atmospheric food stop — fresh shrimp, smoked salmon, fish soup, and local…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&amp; Bryggen Loop: </w:t>
      </w:r>
      <w:r>
        <w:rPr>
          <w:rFonts w:ascii="Arial" w:hAnsi="Arial" w:cs="Arial"/>
          <w:b w:val="0"/>
          <w:i w:val="0"/>
          <w:sz w:val="20"/>
        </w:rPr>
        <w:t>2 km · 45-60 min · Flat, easy — Start at the Fish Market, walk north along the quay to Bryggen Wharf, duck into the alleyways…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Fløibanen to Fløyen Summit Walk: </w:t>
      </w:r>
      <w:r>
        <w:rPr>
          <w:rFonts w:ascii="Arial" w:hAnsi="Arial" w:cs="Arial"/>
          <w:b w:val="0"/>
          <w:i w:val="0"/>
          <w:sz w:val="20"/>
        </w:rPr>
        <w:t>0.5 km walk up + 6-min funicular · 1.5-2 hrs return · Easy-moderate — Walk from the harbor to the Fløibanen station at the base of the hill, ride the funicular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4:58AM–10:13PM · Jul 4:39AM–10:48PM · Sep 7:06AM–7:59PM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cruiseports.org/bergen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Bergen,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r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Fantoft Stave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Gamle Bergen Museum - Bymuseet i Bergen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Bryggen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Kode - Stenersen building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Akvariet i Bergen - The National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Hindu Sabha Bergen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Troldhaugen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Sandviksboder Kystkultursenter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