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Bequia Island, St. Vincent and the Grenadines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Grenadines' most beloved island keeps things small and real — sailboats crowd Admiralty Bay, fishermen mend nets on the jetty, and unhurried beaches are minutes from the tender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(Admiralty Bay) · 🕒 Typical call: 6-8 hrs · 💵 Eastern Caribbean Dollar / USD accepted · 🗣️ English · 🏖️ Best for: beach, sailing, snorkeling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Port Elizabeth jetty, Admiralty Bay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On the jetty — town is right there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snorkeling, local Caribbean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Princess Margaret Beach &amp; Old Hegg Turtle Sanctuary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US/hr (up to 4 people) — Open-backed taxis are the primary way to tour the island. Rates are fixed by the Bequia Tourism Association — pick up a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Princess Margaret Beach — </w:t>
      </w:r>
      <w:r>
        <w:rPr>
          <w:rFonts w:ascii="Arial" w:hAnsi="Arial" w:cs="Arial"/>
          <w:b w:val="0"/>
          <w:i w:val="0"/>
          <w:sz w:val="20"/>
        </w:rPr>
        <w:t>The island's most popular beach sits a 15-minute walk south along the Belmont Walkway from the jetty.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Lower Bay — </w:t>
      </w:r>
      <w:r>
        <w:rPr>
          <w:rFonts w:ascii="Arial" w:hAnsi="Arial" w:cs="Arial"/>
          <w:b w:val="0"/>
          <w:i w:val="0"/>
          <w:sz w:val="20"/>
        </w:rPr>
        <w:t>Just over the bluff from Princess Margaret Beach, Lower Bay has a slightly more local feel with beachside restaurants and gentle…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Hegg Turtle Sanctuary — </w:t>
      </w:r>
      <w:r>
        <w:rPr>
          <w:rFonts w:ascii="Arial" w:hAnsi="Arial" w:cs="Arial"/>
          <w:b w:val="0"/>
          <w:i w:val="0"/>
          <w:sz w:val="20"/>
        </w:rPr>
        <w:t>A community-run sanctuary on the northeast side of the island (Park Bay) that rehabilitates endangered hawksbill turtles for…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at Industry Bay (Crescent Beach) — </w:t>
      </w:r>
      <w:r>
        <w:rPr>
          <w:rFonts w:ascii="Arial" w:hAnsi="Arial" w:cs="Arial"/>
          <w:b w:val="0"/>
          <w:i w:val="0"/>
          <w:sz w:val="20"/>
        </w:rPr>
        <w:t>On the northeast coast, Industry Bay is a calm, reef-protected bay with excellent snorkeling and often deserted sands shaded by…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Sargeant Brothers Model Boat Shop — </w:t>
      </w:r>
      <w:r>
        <w:rPr>
          <w:rFonts w:ascii="Arial" w:hAnsi="Arial" w:cs="Arial"/>
          <w:b w:val="0"/>
          <w:i w:val="0"/>
          <w:sz w:val="20"/>
        </w:rPr>
        <w:t>Bequia's maritime tradition is alive at this workshop near the waterfront where craftsmen carve intricate scale models of sailing…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Belmont Walkway to Princess Margaret Beach: </w:t>
      </w:r>
      <w:r>
        <w:rPr>
          <w:rFonts w:ascii="Arial" w:hAnsi="Arial" w:cs="Arial"/>
          <w:b w:val="0"/>
          <w:i w:val="0"/>
          <w:sz w:val="20"/>
        </w:rPr>
        <w:t>1.2 km · 15 min · Flat, paved — From the tender jetty, follow the Belmont Walkway south past colorful shops and restaurants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Elizabeth Town Walk: </w:t>
      </w:r>
      <w:r>
        <w:rPr>
          <w:rFonts w:ascii="Arial" w:hAnsi="Arial" w:cs="Arial"/>
          <w:b w:val="0"/>
          <w:i w:val="0"/>
          <w:sz w:val="20"/>
        </w:rPr>
        <w:t>0.5 km loop · 20-30 min · Flat — A short wander from the jetty through Port Elizabeth's main street takes in the local market…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6:40AM–5:54PM · Jun 7:21AM–5:14PM · Aug 6:56AM–5:47PM · Sep 6:16AM–6:09PM · Oct 5:36AM–6:30PM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Watch the last tender time. Tenders in Admiralty Bay can be affected by wind and swell. Note the last tender departure time before you go exploring — missing…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USD widely accepted. Most places take US dollars, but change comes in Eastern Caribbean dollars (EC$). EC$2.70 ≈ US$1. Small bills are useful for taxis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Negotiate taxi fares upfront. Open-backed taxis have no meters. Agree on a price before you get in — EC$10–20 per person for most beach runs is typical.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cruiseports.org/bequia-island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