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Beppu, Oita,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undisputed hot spring capital pours more geothermal water than anywhere else in the country. From cobalt-blue 'Sea Hell' to blood-red mud pools, a day in Beppu is unlike anywhere else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(Ishigaki Wharf) · 🕒 Typical call: 8-10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Ishigaki Wharf #3, Beppu International Tourist Port — large ships up to 140,000 GT dock 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is ~4 km from Beppu Station; shuttle buses or taxis recommended (~10-15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The Jigoku Meguri 'Hell Tour', sand baths, and traditional onsen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Umi Jigoku (Sea Hell) in the Kannawa district and Chinoike Jigoku (Blood Pond Hell) in the Shibaseki district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¥1,250–¥2,800 (~–) — Taxis queue at the cruise terminal. About ¥1,250 to Beppu Station; roughly ¥2,800 to the Kannawa Hells district. Groups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Jigoku Meguri — The Seven Hells Tour — </w:t>
      </w:r>
      <w:r>
        <w:rPr>
          <w:rFonts w:ascii="Arial" w:hAnsi="Arial" w:cs="Arial"/>
          <w:b w:val="0"/>
          <w:i w:val="0"/>
          <w:sz w:val="20"/>
        </w:rPr>
        <w:t>Visit seven spectacular geothermal hot springs, each with a distinct color and character.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Beppu Sand Bath at Shoningahama — </w:t>
      </w:r>
      <w:r>
        <w:rPr>
          <w:rFonts w:ascii="Arial" w:hAnsi="Arial" w:cs="Arial"/>
          <w:b w:val="0"/>
          <w:i w:val="0"/>
          <w:sz w:val="20"/>
        </w:rPr>
        <w:t>Lie buried in naturally heated volcanic sand at Beppu Beach Sand Bath (Shoningahama).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Kannawa Onsen Village &amp; Jigoku-Mushi Steam Cooking — </w:t>
      </w:r>
      <w:r>
        <w:rPr>
          <w:rFonts w:ascii="Arial" w:hAnsi="Arial" w:cs="Arial"/>
          <w:b w:val="0"/>
          <w:i w:val="0"/>
          <w:sz w:val="20"/>
        </w:rPr>
        <w:t>Wander the atmospheric Kannawa district where steam rises from gutters and street-side foot baths invite you to soak.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Tsurumi Ropeway — </w:t>
      </w:r>
      <w:r>
        <w:rPr>
          <w:rFonts w:ascii="Arial" w:hAnsi="Arial" w:cs="Arial"/>
          <w:b w:val="0"/>
          <w:i w:val="0"/>
          <w:sz w:val="20"/>
        </w:rPr>
        <w:t>Ride the ropeway to the 1,375 m summit of Mount Tsurumi for panoramic views across Beppu Bay, the city, and the Kyushu mountains.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Takasakiyama Natural Zoological Garden — </w:t>
      </w:r>
      <w:r>
        <w:rPr>
          <w:rFonts w:ascii="Arial" w:hAnsi="Arial" w:cs="Arial"/>
          <w:b w:val="0"/>
          <w:i w:val="0"/>
          <w:sz w:val="20"/>
        </w:rPr>
        <w:t>Observe over 1,500 wild Japanese macaques at the foot of Mount Takasaki — a 10-minute bus ride from the city.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Kannawa Onsen Street Walk: </w:t>
      </w:r>
      <w:r>
        <w:rPr>
          <w:rFonts w:ascii="Arial" w:hAnsi="Arial" w:cs="Arial"/>
          <w:b w:val="0"/>
          <w:i w:val="0"/>
          <w:sz w:val="20"/>
        </w:rPr>
        <w:t>1.5 km loop · Easy · 45 min — Stroll the atmospheric backstreets of Kannawa where steam vents from drainage grates and small…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Beppu Station to Takegawara Onsen: </w:t>
      </w:r>
      <w:r>
        <w:rPr>
          <w:rFonts w:ascii="Arial" w:hAnsi="Arial" w:cs="Arial"/>
          <w:b w:val="0"/>
          <w:i w:val="0"/>
          <w:sz w:val="20"/>
        </w:rPr>
        <w:t>1 km · Easy · 20 min — A flat walk from JR Beppu Station through the old shopping arcade (Ekimae Ichibankan)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5:14AM–7:06PM · Jul 5:15AM–7:24PM · Sep 5:57AM–6:20PM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cruiseports.org/beppu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Beppu, Oita,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pp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Beppu Jigoku (Hells of Beppu)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Kuroiwa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Oita Marine Palace Aquarium "Umitamago"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Chinoike Jigoku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Kitahama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Aso-Kuju National Park Sagiridai Overlook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Umi Jigoku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Ikariyama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