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Benidorm, Costa Blanca,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skyscraper skyline rising from golden Mediterranean beaches — Benidorm is Spain's brash, fun resort city with a surprisingly charming old quarter and easy access to inland villages and waterfalls.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Euro (EUR)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run to the port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tender dock to Playa de Levante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Old Town tapas, day trips to Guadalest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Balcón del Mediterráneo viewpoint in the Old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€6–€12 — Taxis are metered and readily available at ranks near the port quay, beaches, and hotels. Short rides within Benidorm 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€9.50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Guadalest &amp; Algar Waterfalls — </w:t>
      </w:r>
      <w:r>
        <w:rPr>
          <w:rFonts w:ascii="Arial" w:hAnsi="Arial" w:cs="Arial"/>
          <w:b w:val="0"/>
          <w:i w:val="0"/>
          <w:sz w:val="20"/>
        </w:rPr>
        <w:t>The hilltop village of El Castell de Guadalest — perched on a rocky outcrop with a medieval castle — is Benidorm's most iconic…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Benidorm Old Town &amp; Balcón del Mediterráneo — </w:t>
      </w:r>
      <w:r>
        <w:rPr>
          <w:rFonts w:ascii="Arial" w:hAnsi="Arial" w:cs="Arial"/>
          <w:b w:val="0"/>
          <w:i w:val="0"/>
          <w:sz w:val="20"/>
        </w:rPr>
        <w:t>The Casco Antiguo sits on a rocky promontory dividing Levante and Poniente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Aqualandia or Aqua Natura Water Park — </w:t>
      </w:r>
      <w:r>
        <w:rPr>
          <w:rFonts w:ascii="Arial" w:hAnsi="Arial" w:cs="Arial"/>
          <w:b w:val="0"/>
          <w:i w:val="0"/>
          <w:sz w:val="20"/>
        </w:rPr>
        <w:t>Benidorm hosts two big water parks: Aqualandia in Rincón de Loix (beside the Mundomar marine park), with towering slides and wave…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Sierra Helada Natural Park Hike — </w:t>
      </w:r>
      <w:r>
        <w:rPr>
          <w:rFonts w:ascii="Arial" w:hAnsi="Arial" w:cs="Arial"/>
          <w:b w:val="0"/>
          <w:i w:val="0"/>
          <w:sz w:val="20"/>
        </w:rPr>
        <w:t>The limestone ridge behind Benidorm's Rincon de Loix district is a protected natural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Benidorm Island Boat Trip — </w:t>
      </w:r>
      <w:r>
        <w:rPr>
          <w:rFonts w:ascii="Arial" w:hAnsi="Arial" w:cs="Arial"/>
          <w:b w:val="0"/>
          <w:i w:val="0"/>
          <w:sz w:val="20"/>
        </w:rPr>
        <w:t>Illa de Benidorm sits just 3 km offshore and is a marine reserve with clear water for snorkelling.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Balcón del Mediterráneo: </w:t>
      </w:r>
      <w:r>
        <w:rPr>
          <w:rFonts w:ascii="Arial" w:hAnsi="Arial" w:cs="Arial"/>
          <w:b w:val="0"/>
          <w:i w:val="0"/>
          <w:sz w:val="20"/>
        </w:rPr>
        <w:t>1.5 km · 30 min · Easy — From the port quay, head uphill into the Casco Antiguo.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Levante Promenade Beach Walk: </w:t>
      </w:r>
      <w:r>
        <w:rPr>
          <w:rFonts w:ascii="Arial" w:hAnsi="Arial" w:cs="Arial"/>
          <w:b w:val="0"/>
          <w:i w:val="0"/>
          <w:sz w:val="20"/>
        </w:rPr>
        <w:t>3 km return · 45 min · Flat — Stroll north along the full length of Playa de Levante — one of Spain's longest urban beaches…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6:49AM–9:05PM · Jul 6:48AM–9:23PM · Sep 7:42AM–8:08PM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cruiseports.org/benidorm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Benidorm, Costa Blanca,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nidor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Terra Mítica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Virgin of the Consol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Mundomar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Aqualandia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Terra Natura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Puerto de Alejandría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Sould Park Festilandia Benidorm - Parc Infantil i d'Atraccions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Via ferrata de l'Albir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