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Belize City, Belize District,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Belize City is a tender-only port — no cruise ship has ever docked at a pier here. That 15-minute boat ride unlocks the planet's second-largest barrier reef, towering Mayan temples, and cave tubing through the ancient Maya underworld.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for cruise ships) · 🕒 Typical call: 7-9 hrs · 💵 USD &amp; Belize Dollar (2 BZD = 1 USD) · 🗣️ English-speaking (also Creole, Spanish) · 🌊 Barrier reef, jungle &amp; Mayan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high-speed tenders run ~15-20 min to Fort Street Tourism Village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Fort Street pier to Swing Bridge ~0.6 mi / 15 min; to Baron Bliss Lighthouse ~0.5 mi /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Cave tubing, Mayan ruins (Altun Ha, Lamanai), barrier reef snorkeling, zip-lining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Cave tubing at Nohoch Che'en Caves Branch or Lamanai ruins by river boat — book before you sail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$10–15 USD — Taxis are readily available at Fort Street Tourism Village. Fares are not metered — agree on a price before departing; 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Cave Tubing at Nohoch Che'en Caves Branch — </w:t>
      </w:r>
      <w:r>
        <w:rPr>
          <w:rFonts w:ascii="Arial" w:hAnsi="Arial" w:cs="Arial"/>
          <w:b w:val="0"/>
          <w:i w:val="0"/>
          <w:sz w:val="20"/>
        </w:rPr>
        <w:t>Float on inner tubes through ancient Mayan ceremonial caves lit only by headlamps, stalactites hanging overhead.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Lamanai Mayan Ruins by River Boat — </w:t>
      </w:r>
      <w:r>
        <w:rPr>
          <w:rFonts w:ascii="Arial" w:hAnsi="Arial" w:cs="Arial"/>
          <w:b w:val="0"/>
          <w:i w:val="0"/>
          <w:sz w:val="20"/>
        </w:rPr>
        <w:t>Drive an hour to Tower Hill, then ride 26 miles up the New River — crocodiles sunning on the banks, howler monkeys crashing…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Altun Ha Mayan Ruins — </w:t>
      </w:r>
      <w:r>
        <w:rPr>
          <w:rFonts w:ascii="Arial" w:hAnsi="Arial" w:cs="Arial"/>
          <w:b w:val="0"/>
          <w:i w:val="0"/>
          <w:sz w:val="20"/>
        </w:rPr>
        <w:t>Belize's most visited Mayan site is about an hour's drive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Barrier Reef Snorkeling — Hol Chan &amp; Shark Ray Alley — </w:t>
      </w:r>
      <w:r>
        <w:rPr>
          <w:rFonts w:ascii="Arial" w:hAnsi="Arial" w:cs="Arial"/>
          <w:b w:val="0"/>
          <w:i w:val="0"/>
          <w:sz w:val="20"/>
        </w:rPr>
        <w:t>Snorkel the protected Hol Chan Marine Reserve cut in the UNESCO World Heritage barrier reef, then drift over Shark Ray Alley…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Goff's Caye Beach &amp; Snorkel — </w:t>
      </w:r>
      <w:r>
        <w:rPr>
          <w:rFonts w:ascii="Arial" w:hAnsi="Arial" w:cs="Arial"/>
          <w:b w:val="0"/>
          <w:i w:val="0"/>
          <w:sz w:val="20"/>
        </w:rPr>
        <w:t>A tiny uninhabited sand island sitting right on the barrier reef — postcard-perfect, uncrowded, and reachable in under an hour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Street to Baron Bliss Lighthouse: </w:t>
      </w:r>
      <w:r>
        <w:rPr>
          <w:rFonts w:ascii="Arial" w:hAnsi="Arial" w:cs="Arial"/>
          <w:b w:val="0"/>
          <w:i w:val="0"/>
          <w:sz w:val="20"/>
        </w:rPr>
        <w:t>0.5 mi · Flat · ~15 min one-way — A flat waterfront walk from the Tourism Village pier south along the harbor esplanade to the Baron…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Swing Bridge &amp; Downtown Stroll: </w:t>
      </w:r>
      <w:r>
        <w:rPr>
          <w:rFonts w:ascii="Arial" w:hAnsi="Arial" w:cs="Arial"/>
          <w:b w:val="0"/>
          <w:i w:val="0"/>
          <w:sz w:val="20"/>
        </w:rPr>
        <w:t>~0.75 mi loop · Easy · 45-60 min — Walk north from the pier into the historic downtown.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5:20AM–6:17PM · Jul 5:26AM–6:30PM · Sep 5:41AM–5:54PM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cruiseports.org/belize-city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Belize City, Belize District, Belize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ize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Government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Ignatius of Loyola Catholic Church, Basra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John Anglican Cathedral service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Battlefield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Luba Garifuna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