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Belfast, Maine,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postcard-pretty Maine harbor town where lobster boats bob at the dock and a brick-fronted Main Street spills right down to the water. Belfast rewards slow exploration on foot — and rewards it well.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(City Landing pier) · 🚢 Small ships only (≤50 passengers) · 🕒 Typical call: 6–8 hrs · 💵 US Dollar · 🗣️ English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City Landing floating dock, mouth of Passagassawakeag River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2–5 min stroll up Main Street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Walking, lobster lunch, historic architecture, harbor cruises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The Harbor Walk to Armistice Bridge and a lobster roll at the waterfront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From $10 — Local taxi companies serve the port area; Flagship Taxi (207-222-3108) and Bayside Taxi (207-338-1993) are established 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Lobster Boat Experience — </w:t>
      </w:r>
      <w:r>
        <w:rPr>
          <w:rFonts w:ascii="Arial" w:hAnsi="Arial" w:cs="Arial"/>
          <w:b w:val="0"/>
          <w:i w:val="0"/>
          <w:sz w:val="20"/>
        </w:rPr>
        <w:t>Head out on a working lobster boat with a local lobsterman for a live trap-hauling demonstration on Penobscot Bay.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Historic Downtown Walking Tour — </w:t>
      </w:r>
      <w:r>
        <w:rPr>
          <w:rFonts w:ascii="Arial" w:hAnsi="Arial" w:cs="Arial"/>
          <w:b w:val="0"/>
          <w:i w:val="0"/>
          <w:sz w:val="20"/>
        </w:rPr>
        <w:t>Follow the Hawthorne Hike or Museum in the Streets trail past pre-Civil War brick storefronts, Victorian sea-captain homes,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Schooner Sail on Penobscot Bay — </w:t>
      </w:r>
      <w:r>
        <w:rPr>
          <w:rFonts w:ascii="Arial" w:hAnsi="Arial" w:cs="Arial"/>
          <w:b w:val="0"/>
          <w:i w:val="0"/>
          <w:sz w:val="20"/>
        </w:rPr>
        <w:t>Sail Belfast Bay aboard Schooner Charm or similar vessels for panoramic views of the Penobscot Bay islands, Camden Hills, and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Sea Kayak the Penobscot Shoreline — </w:t>
      </w:r>
      <w:r>
        <w:rPr>
          <w:rFonts w:ascii="Arial" w:hAnsi="Arial" w:cs="Arial"/>
          <w:b w:val="0"/>
          <w:i w:val="0"/>
          <w:sz w:val="20"/>
        </w:rPr>
        <w:t>Paddle Belfast Bay with Water Walker Sea Kayak Tours, exploring the rocky coastline, tidal flats, and quiet coves just outside…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Belfast Historical Society &amp; Museum — </w:t>
      </w:r>
      <w:r>
        <w:rPr>
          <w:rFonts w:ascii="Arial" w:hAnsi="Arial" w:cs="Arial"/>
          <w:b w:val="0"/>
          <w:i w:val="0"/>
          <w:sz w:val="20"/>
        </w:rPr>
        <w:t>Compact museum at 10 Market Street (corner of Church Street) covering Belfast's maritime heritage, industrial boom years, and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Harbor Walk to Armistice Bridge: </w:t>
      </w:r>
      <w:r>
        <w:rPr>
          <w:rFonts w:ascii="Arial" w:hAnsi="Arial" w:cs="Arial"/>
          <w:b w:val="0"/>
          <w:i w:val="0"/>
          <w:sz w:val="20"/>
        </w:rPr>
        <w:t>1 mile each way · Paved · Easy · 30–45 min — Follow the paved Belfast Harbor Walk from City Landing along the shore, past Heritage Park, to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Main Street Historic District Loop: </w:t>
      </w:r>
      <w:r>
        <w:rPr>
          <w:rFonts w:ascii="Arial" w:hAnsi="Arial" w:cs="Arial"/>
          <w:b w:val="0"/>
          <w:i w:val="0"/>
          <w:sz w:val="20"/>
        </w:rPr>
        <w:t>1.5 miles · Sidewalk · Easy · 45–60 min — From the dock walk up Main Street past brick storefronts, then detour along Church Street to see…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5:18AM–9:23PM · Jul 5:08AM–9:50PM · Sep 6:57AM–7:39PM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cruiseports.org/belfast-me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Belfast, Maine,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elfast-me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Belfast and Moosehead Lake Railroad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Moose Point State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Friends of Sears Island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Heritage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Penobscot Marine Museum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