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Bejaia, Kabylie, Algeria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Where the Kabylie mountains tumble into the Mediterranean, Bejaia delivers dramatic sea cliffs, a UNESCO biosphere reserve full of wild macaques, and an old Casbah that few Western cruise passengers have ever explored.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(commercial port) · 🕒 Typical call: 7-9 hrs · 💵 Algerian Dinar (DZD) — cash preferred · 🗣️ Tamazight / Arabic / French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Ships berth at the commercial Port of Bejaia on Boulevard Frères Amrani; city center is a short walk or taxi ride away.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~15 min on foot from the port gate to Place Gueydon in the city centre.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Off-the-beaten-path Mediterranean history, Gouraya National Park hikes, Barbary macaque sightings, and dramatic coastal scenery.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Cap Carbon lighthouse viewpoint and the trail through Gouraya Park to Pic des Singes.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$1–$3 — Taxis are plentiful at the port and the city center is only ~500m away — a very short and cheap ride. Agree on a fare be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Gouraya National Park &amp; Barbary Macaques — </w:t>
      </w:r>
      <w:r>
        <w:rPr>
          <w:rFonts w:ascii="Arial" w:hAnsi="Arial" w:cs="Arial"/>
          <w:b w:val="0"/>
          <w:i w:val="0"/>
          <w:sz w:val="20"/>
        </w:rPr>
        <w:t>A UNESCO biosphere reserve draped over the hillside above the city.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Cap Carbon &amp; the Lighthouse — </w:t>
      </w:r>
      <w:r>
        <w:rPr>
          <w:rFonts w:ascii="Arial" w:hAnsi="Arial" w:cs="Arial"/>
          <w:b w:val="0"/>
          <w:i w:val="0"/>
          <w:sz w:val="20"/>
        </w:rPr>
        <w:t>The clifftop path to Cap Carbon's lighthouse is carved into sheer rock above the sea.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Casbah &amp; Saracen Gate Walking Tour — </w:t>
      </w:r>
      <w:r>
        <w:rPr>
          <w:rFonts w:ascii="Arial" w:hAnsi="Arial" w:cs="Arial"/>
          <w:b w:val="0"/>
          <w:i w:val="0"/>
          <w:sz w:val="20"/>
        </w:rPr>
        <w:t>Wander the narrow lanes of Bejaia's old Casbah, passing the medieval Bab el Bahr (Porte Sarrasine / Saracen Gate) — one of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Yemma Gouraya Summit &amp; Fort — </w:t>
      </w:r>
      <w:r>
        <w:rPr>
          <w:rFonts w:ascii="Arial" w:hAnsi="Arial" w:cs="Arial"/>
          <w:b w:val="0"/>
          <w:i w:val="0"/>
          <w:sz w:val="20"/>
        </w:rPr>
        <w:t>The pyramid-shaped peak anchoring Bejaia's skyline holds an ancient fort and a marabout shrine at its summit.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Tichy Beach &amp; Coastal Corniche — </w:t>
      </w:r>
      <w:r>
        <w:rPr>
          <w:rFonts w:ascii="Arial" w:hAnsi="Arial" w:cs="Arial"/>
          <w:b w:val="0"/>
          <w:i w:val="0"/>
          <w:sz w:val="20"/>
        </w:rPr>
        <w:t>East of downtown, Tichy's crescent of golden sand is backed by red-soil cliffs and eucalyptus trees.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Port to Casbah &amp; Place Gueydon: </w:t>
      </w:r>
      <w:r>
        <w:rPr>
          <w:rFonts w:ascii="Arial" w:hAnsi="Arial" w:cs="Arial"/>
          <w:b w:val="0"/>
          <w:i w:val="0"/>
          <w:sz w:val="20"/>
        </w:rPr>
        <w:t>2 km · ~45 min · Easy — A flat stroll from the port gate through the lower town to the main square and Casbah entrance.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Gouraya Park Lower Trail to Pic des Singes: </w:t>
      </w:r>
      <w:r>
        <w:rPr>
          <w:rFonts w:ascii="Arial" w:hAnsi="Arial" w:cs="Arial"/>
          <w:b w:val="0"/>
          <w:i w:val="0"/>
          <w:sz w:val="20"/>
        </w:rPr>
        <w:t>4 km round-trip · ~2 hrs · Moderate — From the park entrance above the city, follow the shaded forest trail up to Monkey Peak.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5:32AM–7:40PM · Jul 5:32AM–7:58PM · Sep 6:22AM–6:46PM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cruiseports.org/bejaia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Bejaia, Kabylie, Algeria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ejaia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Plage Les Aiguades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Bab El Fouka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متحف برج موسى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Brise de mer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