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Bayonne, New Jersey,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Cape Liberty sits on a former Navy base with the Manhattan skyline glittering across the water. Royal Caribbean and Celebrity ships home-port here, putting one of the world's great cities within a 25-minute ride.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Homeport — full day · 💵 US Dollar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directly at Cape Liberty pier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Manhattan: </w:t>
      </w:r>
      <w:r>
        <w:rPr>
          <w:rFonts w:ascii="Arial" w:hAnsi="Arial" w:cs="Arial"/>
          <w:b w:val="0"/>
          <w:i w:val="0"/>
          <w:sz w:val="20"/>
        </w:rPr>
        <w:t>~25 min by taxi/rideshare; or Light Rail to Exchange Place + PATH train (~50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NYC sightseeing, Statue of Liberty, history,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Ferry to Statue of Liberty &amp; Ellis Island from Liberty State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$18–$25 — Taxis available at the terminal. Short ride (~5 min) to Bayonne city center around 34th Street Light Rail station.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Statue of Liberty &amp; Ellis Island — </w:t>
      </w:r>
      <w:r>
        <w:rPr>
          <w:rFonts w:ascii="Arial" w:hAnsi="Arial" w:cs="Arial"/>
          <w:b w:val="0"/>
          <w:i w:val="0"/>
          <w:sz w:val="20"/>
        </w:rPr>
        <w:t>Ferry from Liberty State Park to Liberty Island for close-up views of Lady Liberty, then on to Ellis Island's Immigration Museum…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Manhattan Highlights — </w:t>
      </w:r>
      <w:r>
        <w:rPr>
          <w:rFonts w:ascii="Arial" w:hAnsi="Arial" w:cs="Arial"/>
          <w:b w:val="0"/>
          <w:i w:val="0"/>
          <w:sz w:val="20"/>
        </w:rPr>
        <w:t>Times Square, the High Line, Central Park, Empire State Building, and the 9/11 Memorial &amp; Museum — New York City rewards any…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9/11 Memorial &amp; Museum — </w:t>
      </w:r>
      <w:r>
        <w:rPr>
          <w:rFonts w:ascii="Arial" w:hAnsi="Arial" w:cs="Arial"/>
          <w:b w:val="0"/>
          <w:i w:val="0"/>
          <w:sz w:val="20"/>
        </w:rPr>
        <w:t>The twin reflecting pools and underground museum are among the most powerful memorial sites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Liberty State Park Waterfront Walk — </w:t>
      </w:r>
      <w:r>
        <w:rPr>
          <w:rFonts w:ascii="Arial" w:hAnsi="Arial" w:cs="Arial"/>
          <w:b w:val="0"/>
          <w:i w:val="0"/>
          <w:sz w:val="20"/>
        </w:rPr>
        <w:t>A 10-minute ride from the pier, this Jersey City park offers sweeping views of the Manhattan skyline and Statue of Liberty,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Hoboken Food &amp; Waterfront — </w:t>
      </w:r>
      <w:r>
        <w:rPr>
          <w:rFonts w:ascii="Arial" w:hAnsi="Arial" w:cs="Arial"/>
          <w:b w:val="0"/>
          <w:i w:val="0"/>
          <w:sz w:val="20"/>
        </w:rPr>
        <w:t>A 15-minute drive, Hoboken offers a charming walkable main street scene with excellent restaurants, cafes, and Hudson River…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Liberty State Park Promenade: </w:t>
      </w:r>
      <w:r>
        <w:rPr>
          <w:rFonts w:ascii="Arial" w:hAnsi="Arial" w:cs="Arial"/>
          <w:b w:val="0"/>
          <w:i w:val="0"/>
          <w:sz w:val="20"/>
        </w:rPr>
        <w:t>2–4 km · Easy · Free — Walk the waterfront promenade from the CRRNJ Terminal historic building south to Caven Point,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View Park &amp; Teardrop Memorial: </w:t>
      </w:r>
      <w:r>
        <w:rPr>
          <w:rFonts w:ascii="Arial" w:hAnsi="Arial" w:cs="Arial"/>
          <w:b w:val="0"/>
          <w:i w:val="0"/>
          <w:sz w:val="20"/>
        </w:rPr>
        <w:t>1–2 km · Easy — A short walk or ride from the pier on the same Military Ocean Terminal peninsula, Harbor View Park…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6:41AM–9:23PM · Jul 6:39AM–9:44PM · Sep 7:45AM–8:15PM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cruiseports.org/bayonne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Bayonne, New Jersey,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yon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Times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Liberty Science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Battery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Washington Square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York Stock Exchange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Whitney Museum of American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Prospect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Brooklyn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