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Basse-Terre, Guadeloupe, French Caribbean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administrative capital of Guadeloupe is dominated by an active volcano and draped in rainforest — a rare Caribbean port where serious nature adventures sit minutes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7-9 hrs · 💶 Currency: Euro · 🗣️ Language: French / Creole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Pier-docked on the northern waterfront; ~10-min walk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hikes, waterfalls, rainforest, snorkeling (Cousteau Reserve)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 Soufrière summit hike or Les Chutes du Carbet waterfall trail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 Tip: </w:t>
      </w:r>
      <w:r>
        <w:rPr>
          <w:rFonts w:ascii="Arial" w:hAnsi="Arial" w:cs="Arial"/>
          <w:b w:val="0"/>
          <w:i w:val="0"/>
          <w:sz w:val="20"/>
        </w:rPr>
        <w:t>Euros only; ATMs in town. Cards accepted at larger businesses.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~€5–€15 minimum fare — Government-regulated taxis wait at the port. Cash (euros) preferred; credit cards not always accepted. Fares increase ~4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Soufrière Volcano Hike — </w:t>
      </w:r>
      <w:r>
        <w:rPr>
          <w:rFonts w:ascii="Arial" w:hAnsi="Arial" w:cs="Arial"/>
          <w:b w:val="0"/>
          <w:i w:val="0"/>
          <w:sz w:val="20"/>
        </w:rPr>
        <w:t>Hike to the 1,467 m summit of Guadeloupe's active volcano through mossy rainforest and sulfurous fumarole fields.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Les Chutes du Carbet (Carbet Falls) — </w:t>
      </w:r>
      <w:r>
        <w:rPr>
          <w:rFonts w:ascii="Arial" w:hAnsi="Arial" w:cs="Arial"/>
          <w:b w:val="0"/>
          <w:i w:val="0"/>
          <w:sz w:val="20"/>
        </w:rPr>
        <w:t>Three spectacular waterfalls inside Guadeloupe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Cousteau Marine Reserve Snorkel &amp; Dive — </w:t>
      </w:r>
      <w:r>
        <w:rPr>
          <w:rFonts w:ascii="Arial" w:hAnsi="Arial" w:cs="Arial"/>
          <w:b w:val="0"/>
          <w:i w:val="0"/>
          <w:sz w:val="20"/>
        </w:rPr>
        <w:t>Jacques Cousteau called the Ilets Pigeon off Malendure Beach one of the world's best diving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Delgrès &amp; Basse-Terre City Walk — </w:t>
      </w:r>
      <w:r>
        <w:rPr>
          <w:rFonts w:ascii="Arial" w:hAnsi="Arial" w:cs="Arial"/>
          <w:b w:val="0"/>
          <w:i w:val="0"/>
          <w:sz w:val="20"/>
        </w:rPr>
        <w:t>Explore the 17th-century Fort Delgrès, a significant landmark in Caribbean resistance history, then stroll Basse-Terre's colonial…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Deshaies Botanical Garden — </w:t>
      </w:r>
      <w:r>
        <w:rPr>
          <w:rFonts w:ascii="Arial" w:hAnsi="Arial" w:cs="Arial"/>
          <w:b w:val="0"/>
          <w:i w:val="0"/>
          <w:sz w:val="20"/>
        </w:rPr>
        <w:t>A lush 7-hectare tropical garden in Deshaies showcasing over 1,000 species of exotic flowers, trees, and wildlife — including…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Basse-Terre Colonial City Loop: </w:t>
      </w:r>
      <w:r>
        <w:rPr>
          <w:rFonts w:ascii="Arial" w:hAnsi="Arial" w:cs="Arial"/>
          <w:b w:val="0"/>
          <w:i w:val="0"/>
          <w:sz w:val="20"/>
        </w:rPr>
        <w:t>1.5 km · ~45 min · Easy — From the cruise pier, walk south along the waterfront to Fort Delgrès, then loop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Cascade aux Écrevisses Forest Walk: </w:t>
      </w:r>
      <w:r>
        <w:rPr>
          <w:rFonts w:ascii="Arial" w:hAnsi="Arial" w:cs="Arial"/>
          <w:b w:val="0"/>
          <w:i w:val="0"/>
          <w:sz w:val="20"/>
        </w:rPr>
        <w:t>1 km · ~30 min · Easy — A short, well-marked jungle path off the Route de la Traversée leads to this lovely waterfall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5:37AM–6:29PM · Jul 5:43AM–6:42PM · Sep 5:55AM–6:08PM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cruiseports.org/basse-terre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Basse-Terre, Guadeloupe, French Caribbean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sse-ter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1ère chute du Carbet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 Basse Terre Botanical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Rêve de Nav’ Croisière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Delgrès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Rum Distillery Bologne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Rivière-Sens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Marché de Basse-Terre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