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Bartolome Island, Galapagos,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stark volcanic islet famous for Pinnacle Rock, penguin-filled snorkeling waters, and panoramic views of ten Galapagos islands from a single summit.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(panga landing) · 🕒 Typical call: 4-6 hrs · 💵 USD · 🗣️ Spanish · 🌿 Galapagos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panga to dry or wet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town; visitor sites within 15 min of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with penguins, volcanic scenery, summit panoramas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Pinnacle Rock snorkel &amp; the 372-step summit boardwalk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Summit Boardwalk Hike — </w:t>
      </w:r>
      <w:r>
        <w:rPr>
          <w:rFonts w:ascii="Arial" w:hAnsi="Arial" w:cs="Arial"/>
          <w:b w:val="0"/>
          <w:i w:val="0"/>
          <w:sz w:val="20"/>
        </w:rPr>
        <w:t>A 372-step wooden boardwalk climbs to Bartolome's 114m summit for one of the Galapagos's most-photographed panoramas — Pinnacle…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Pinnacle Rock Snorkeling — </w:t>
      </w:r>
      <w:r>
        <w:rPr>
          <w:rFonts w:ascii="Arial" w:hAnsi="Arial" w:cs="Arial"/>
          <w:b w:val="0"/>
          <w:i w:val="0"/>
          <w:sz w:val="20"/>
        </w:rPr>
        <w:t>The waters around the iconic volcanic spire are one of the Galapagos's top snorkel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Beach Wildlife Walk — </w:t>
      </w:r>
      <w:r>
        <w:rPr>
          <w:rFonts w:ascii="Arial" w:hAnsi="Arial" w:cs="Arial"/>
          <w:b w:val="0"/>
          <w:i w:val="0"/>
          <w:sz w:val="20"/>
        </w:rPr>
        <w:t>The golden sand beach at Pinnacle Rock is a nesting site for green sea turtles (January–March).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Volcanic Geology Exploration — </w:t>
      </w:r>
      <w:r>
        <w:rPr>
          <w:rFonts w:ascii="Arial" w:hAnsi="Arial" w:cs="Arial"/>
          <w:b w:val="0"/>
          <w:i w:val="0"/>
          <w:sz w:val="20"/>
        </w:rPr>
        <w:t>Bartolome is one of the Galapagos's younger islands, and the boardwalk trail passes tuff cones, spatter cones, and hardened lava…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Summit Boardwalk Trail: </w:t>
      </w:r>
      <w:r>
        <w:rPr>
          <w:rFonts w:ascii="Arial" w:hAnsi="Arial" w:cs="Arial"/>
          <w:b w:val="0"/>
          <w:i w:val="0"/>
          <w:sz w:val="20"/>
        </w:rPr>
        <w:t>1.2 km round-trip · Moderate · 30-45 min up — From the dry-landing jetty, follow the wooden boardwalk south and up 372 steps to the summit…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Pinnacle Rock Beach &amp; Mangrove Trail: </w:t>
      </w:r>
      <w:r>
        <w:rPr>
          <w:rFonts w:ascii="Arial" w:hAnsi="Arial" w:cs="Arial"/>
          <w:b w:val="0"/>
          <w:i w:val="0"/>
          <w:sz w:val="20"/>
        </w:rPr>
        <w:t>~500 m loop · Easy · 20-30 min — From the north beach wet landing near Pinnacle Rock, a short sandy path through mangroves leads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6:06AM–6:25PM · Jun 5:58AM–6:35PM · Aug 6:08AM–6:32PM · Sep 6:06AM–6:15PM · Oct 6:03AM–5:59PM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your own snorkel gear if possible — rental quality varies by ship and Pinnacle Rock is too good to miss.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 protection is non-negotiable. Bartolome's volcanic rock offers zero shade. Hat, reef-safe sunscreen, and UV shirt are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Water on the beach is prohibited — there are no refreshment facilities on the island. Eat and drink well before going ashore.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cruiseports.org/bartolome-island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