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Utqiaġvik (Barrow),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northernmost community in the United States, Utqiaġvik sits where the Chukchi and Beaufort Seas meet — a place of polar light, Iñupiat tradition, and rare Arctic wildlife that few cruise passengers ever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5–7 hrs · 💵 USD · 🗣️ English / Iñupiaq · 🧊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no deep-water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from tender landing to Whale Bone Arch /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culture, wildlife, bucket-list geography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Iñupiat Heritage Center and the Whale Bone Arch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$8 flat rate (within town); +$2/person extra — The City of Utqiaġvik operates licensed taxis with a flat $8 fare for single-party or shared rides within the Barrow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Iñupiat Heritage Center Tour — </w:t>
      </w:r>
      <w:r>
        <w:rPr>
          <w:rFonts w:ascii="Arial" w:hAnsi="Arial" w:cs="Arial"/>
          <w:b w:val="0"/>
          <w:i w:val="0"/>
          <w:sz w:val="20"/>
        </w:rPr>
        <w:t>The Iñupiat Heritage Center is the cultural heart of Utqiaġvik, with exhibits on language, traditional crafts, whaling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Bone Arch &amp; Arctic Ocean — </w:t>
      </w:r>
      <w:r>
        <w:rPr>
          <w:rFonts w:ascii="Arial" w:hAnsi="Arial" w:cs="Arial"/>
          <w:b w:val="0"/>
          <w:i w:val="0"/>
          <w:sz w:val="20"/>
        </w:rPr>
        <w:t>Walk to the iconic arch made from bowhead whale jawbones overlooking the Arctic Ocean — a symbol of Iñupiat whaling tradition.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Barrow — Northernmost USA — </w:t>
      </w:r>
      <w:r>
        <w:rPr>
          <w:rFonts w:ascii="Arial" w:hAnsi="Arial" w:cs="Arial"/>
          <w:b w:val="0"/>
          <w:i w:val="0"/>
          <w:sz w:val="20"/>
        </w:rPr>
        <w:t>A full excursion to Point Barrow, the northernmost tip of the United States, passing tundra landscape and the ancient Nuvuk…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Wildlife &amp; Tundra — </w:t>
      </w:r>
      <w:r>
        <w:rPr>
          <w:rFonts w:ascii="Arial" w:hAnsi="Arial" w:cs="Arial"/>
          <w:b w:val="0"/>
          <w:i w:val="0"/>
          <w:sz w:val="20"/>
        </w:rPr>
        <w:t>Guided tundra excursions look for polar bears, ringed seals, walrus, caribou, and over 100 species of migratory birds.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 Rogers &amp; Wiley Post Memorial + Historic Sites — </w:t>
      </w:r>
      <w:r>
        <w:rPr>
          <w:rFonts w:ascii="Arial" w:hAnsi="Arial" w:cs="Arial"/>
          <w:b w:val="0"/>
          <w:i w:val="0"/>
          <w:sz w:val="20"/>
        </w:rPr>
        <w:t>Visit the monument commemorating pilot Wiley Post and entertainer Will Rogers, who died in a 1935 crash near Barrow.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 Whale Bone Arch &amp; Arctic Ocean: </w:t>
      </w:r>
      <w:r>
        <w:rPr>
          <w:rFonts w:ascii="Arial" w:hAnsi="Arial" w:cs="Arial"/>
          <w:b w:val="0"/>
          <w:i w:val="0"/>
          <w:sz w:val="20"/>
        </w:rPr>
        <w:t>1 km · Easy · 15–20 min — From the tender landing, walk along the seafront road to the Whale Bone Arch and the Arctic Ocean…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Center &amp; Town Walk: </w:t>
      </w:r>
      <w:r>
        <w:rPr>
          <w:rFonts w:ascii="Arial" w:hAnsi="Arial" w:cs="Arial"/>
          <w:b w:val="0"/>
          <w:i w:val="0"/>
          <w:sz w:val="20"/>
        </w:rPr>
        <w:t>1.5 km · Easy · 30 min — Walk from the town center past the Will Rogers and Wiley Post Monument to the Iñupiat Heritage…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7:39AM–9:02PM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cruiseports.org/barrow-ak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Utqiaġvik (Barrow),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row-a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Iñupiat Heritage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Utqiagvik Whale Bone Arch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