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Baranof Island, Southeast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 roads, no tourist infrastructure—just natural hot springs, rushing waterfalls, and the raw quiet of the Alaskan rainforest. Baranof Island's Warm Springs Bay is expedition cruising at its most rewarding.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Anchor/tender only · 🕒 Typical call: 4–6 hrs · 💵 USD · 🗣️ English · 🧭 Small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— no pier for large ships; small dock at Warm Springs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center; hot springs bathhouse ~0.2 mi from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Hot springs soaking, waterfall hikes, wildlife, total immersion in wilderness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Baranof Hot Springs outdoor pools and the waterfall trail above the bay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$20–$30+ to downtown — Local taxis (Baranof Taxi &amp; Tours, Tidal Taxi) operate at city-regulated rates. The terminal is 5-6 miles north of downt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Baranof Hot Springs Soak — </w:t>
      </w:r>
      <w:r>
        <w:rPr>
          <w:rFonts w:ascii="Arial" w:hAnsi="Arial" w:cs="Arial"/>
          <w:b w:val="0"/>
          <w:i w:val="0"/>
          <w:sz w:val="20"/>
        </w:rPr>
        <w:t>The star attraction: natural mineral hot springs drain into outdoor rock-lined soaking pools overlooking the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Waterfall &amp; Rainforest Trail — </w:t>
      </w:r>
      <w:r>
        <w:rPr>
          <w:rFonts w:ascii="Arial" w:hAnsi="Arial" w:cs="Arial"/>
          <w:b w:val="0"/>
          <w:i w:val="0"/>
          <w:sz w:val="20"/>
        </w:rPr>
        <w:t>A short but steep trail above the bathhouse leads past Baranof Lake outlet cascades to sweeping views of the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Bay — </w:t>
      </w:r>
      <w:r>
        <w:rPr>
          <w:rFonts w:ascii="Arial" w:hAnsi="Arial" w:cs="Arial"/>
          <w:b w:val="0"/>
          <w:i w:val="0"/>
          <w:sz w:val="20"/>
        </w:rPr>
        <w:t>The calm, protected waters of Warm Springs Bay are ideal for sea kayaking.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Floatplane Scenic Flight from Sitka — </w:t>
      </w:r>
      <w:r>
        <w:rPr>
          <w:rFonts w:ascii="Arial" w:hAnsi="Arial" w:cs="Arial"/>
          <w:b w:val="0"/>
          <w:i w:val="0"/>
          <w:sz w:val="20"/>
        </w:rPr>
        <w:t>Some itineraries position Baranof Island as a day trip from Sitka by floatplane, offering aerial views of the island's fjords…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Hot Springs Boardwalk: </w:t>
      </w:r>
      <w:r>
        <w:rPr>
          <w:rFonts w:ascii="Arial" w:hAnsi="Arial" w:cs="Arial"/>
          <w:b w:val="0"/>
          <w:i w:val="0"/>
          <w:sz w:val="20"/>
        </w:rPr>
        <w:t>0.2 mi | Easy | 5 min — A flat boardwalk stroll from the public dock past the Warm Springs Bay shoreline to the Baranof Hot…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Waterfall Trail: </w:t>
      </w:r>
      <w:r>
        <w:rPr>
          <w:rFonts w:ascii="Arial" w:hAnsi="Arial" w:cs="Arial"/>
          <w:b w:val="0"/>
          <w:i w:val="0"/>
          <w:sz w:val="20"/>
        </w:rPr>
        <w:t>0.5 mi round-trip | Moderate | 30–45 min — From the hot springs bathhouse, follow the trail uphill through old-growth rainforest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swimsuit: The hot springs are the main event. Pack yours in your day bag — the bathhouse has changing facilities but limited space.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Rain gear is mandatory: Southeast Alaska averages over 100 inches of rain per year at Warm Springs Bay. Waterproof jacket and shoes are essential even on sunny…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Don't miss the tender back: There is no town, no hotel, and no rescue option if you miss the ship. Note the all-aboard time and set a phone alarm.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cruiseports.org/baranof-island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