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 Harbor,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Anchored in Frenchman Bay and tendered ashore to the foot of Main Street, Bar Harbor punches well above its size — a compact, walkable New England town with Acadia National Park as its backyard.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USD · 🗣️ English · 🦞 Lobster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from Frenchman Bay to Town Pier (Ells Pier), ~10-15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30 seconds — Town Pier is at the foot of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Acadia hiking, whale watching, lobster, scenic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Cadillac Mountain sunrise/summit, Shore Path, Bar Island at low tide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$15–$25 — Local cabs (Bar Harbor Taxi, Point to Point) wait near the Village Green. Short town hops or trailhead drop-offs run $15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Acadia National Park &amp; Cadillac Mountain — </w:t>
      </w:r>
      <w:r>
        <w:rPr>
          <w:rFonts w:ascii="Arial" w:hAnsi="Arial" w:cs="Arial"/>
          <w:b w:val="0"/>
          <w:i w:val="0"/>
          <w:sz w:val="20"/>
        </w:rPr>
        <w:t>Drive or shuttle the Park Loop Road to Thunder Hole, Sand Beach, and the summit of Cadillac Mountain — highest point on the 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Cruise — </w:t>
      </w:r>
      <w:r>
        <w:rPr>
          <w:rFonts w:ascii="Arial" w:hAnsi="Arial" w:cs="Arial"/>
          <w:b w:val="0"/>
          <w:i w:val="0"/>
          <w:sz w:val="20"/>
        </w:rPr>
        <w:t>Head out into the Gulf of Maine with naturalist guides to spot humpbacks, finbacks, and minkes.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Carriage Road Biking — </w:t>
      </w:r>
      <w:r>
        <w:rPr>
          <w:rFonts w:ascii="Arial" w:hAnsi="Arial" w:cs="Arial"/>
          <w:b w:val="0"/>
          <w:i w:val="0"/>
          <w:sz w:val="20"/>
        </w:rPr>
        <w:t>Acadia's 45 miles of carriage roads are car-free and perfectly graded — rent bikes downtown and roll through old-growth forest…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Frenchman Bay Schooner Sail — </w:t>
      </w:r>
      <w:r>
        <w:rPr>
          <w:rFonts w:ascii="Arial" w:hAnsi="Arial" w:cs="Arial"/>
          <w:b w:val="0"/>
          <w:i w:val="0"/>
          <w:sz w:val="20"/>
        </w:rPr>
        <w:t>Board a traditional Maine windjammer schooner for a narrated sail around Frenchman Bay, with views of the Porcupine Islands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Abbe Museum &amp; Downtown Walk — </w:t>
      </w:r>
      <w:r>
        <w:rPr>
          <w:rFonts w:ascii="Arial" w:hAnsi="Arial" w:cs="Arial"/>
          <w:b w:val="0"/>
          <w:i w:val="0"/>
          <w:sz w:val="20"/>
        </w:rPr>
        <w:t>The Abbe Museum on Mount Desert Street tells the story of Maine's Wabanaki people through impressive collections and rotating…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Shore Path: </w:t>
      </w:r>
      <w:r>
        <w:rPr>
          <w:rFonts w:ascii="Arial" w:hAnsi="Arial" w:cs="Arial"/>
          <w:b w:val="0"/>
          <w:i w:val="0"/>
          <w:sz w:val="20"/>
        </w:rPr>
        <w:t>1.5 miles round-trip · Easy · 30-45 min — Starting just east of Agamont Park, this paved coastal path hugs the rocky shoreline past Gilded…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 Island at Low Tide: </w:t>
      </w:r>
      <w:r>
        <w:rPr>
          <w:rFonts w:ascii="Arial" w:hAnsi="Arial" w:cs="Arial"/>
          <w:b w:val="0"/>
          <w:i w:val="0"/>
          <w:sz w:val="20"/>
        </w:rPr>
        <w:t>1 mile round-trip · Easy · 1-1.5 hrs — At low tide, a natural gravel bar emerges from Bridge Street, letting you walk dry-shod to Bar…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Bar Harbor Loop: </w:t>
      </w:r>
      <w:r>
        <w:rPr>
          <w:rFonts w:ascii="Arial" w:hAnsi="Arial" w:cs="Arial"/>
          <w:b w:val="0"/>
          <w:i w:val="0"/>
          <w:sz w:val="20"/>
        </w:rPr>
        <w:t>0.75 miles · Easy · 30 min — From the Town Pier, walk up Main Street past shops and restaurants, turn on Cottage Street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5:05AM–7:53PM · Jul 5:03AM–8:14PM · Sep 6:12AM–6:42PM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cruiseports.org/bar-harbor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Bar Harbor,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r-harbo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Acadia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George B. Dorr Museum of Natural History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Lamoine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 Gardens of Acadia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 Harbor Whale Watch 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Bubble Rock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 Harbor Shore path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