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Balestrand,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storybook fjord village on Europe's longest waterway — where wooden churches echo Disney's Frozen and glaciers loom just a boat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💵 Norwegian Krone (NOK)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the Balestrand quay, directly in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5 minutes — the quay and village are one and the same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glacier day trips, and quiet Norwegian village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Fjord &amp; Glacier Tour to Fjærland and the Bøyabreen glacier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Metered; short local fares not published — Use Balestrand Taxi/LokalTaxi for mobility needs or point-to-point trips outside the village. Pre-book if timing matters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&amp; Glacier Tour to Fjærland — </w:t>
      </w:r>
      <w:r>
        <w:rPr>
          <w:rFonts w:ascii="Arial" w:hAnsi="Arial" w:cs="Arial"/>
          <w:b w:val="0"/>
          <w:i w:val="0"/>
          <w:sz w:val="20"/>
        </w:rPr>
        <w:t>The classic Balestrand excursion: a scenic boat ride up the narrow Fjærlandsfjord, then a bus to the Norwegian Glacier Museum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Safari on the Sognefjord — </w:t>
      </w:r>
      <w:r>
        <w:rPr>
          <w:rFonts w:ascii="Arial" w:hAnsi="Arial" w:cs="Arial"/>
          <w:b w:val="0"/>
          <w:i w:val="0"/>
          <w:sz w:val="20"/>
        </w:rPr>
        <w:t>Speed through the secluded Finnafjord arm of the Sognefjord on a rigid inflatable boat, taking in sheer mountain walls…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Cider Tasting at Ciderhuset — </w:t>
      </w:r>
      <w:r>
        <w:rPr>
          <w:rFonts w:ascii="Arial" w:hAnsi="Arial" w:cs="Arial"/>
          <w:b w:val="0"/>
          <w:i w:val="0"/>
          <w:sz w:val="20"/>
        </w:rPr>
        <w:t>The Sognefjord region has centuries of fruit-growing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Museum of Travel &amp; Tourism — </w:t>
      </w:r>
      <w:r>
        <w:rPr>
          <w:rFonts w:ascii="Arial" w:hAnsi="Arial" w:cs="Arial"/>
          <w:b w:val="0"/>
          <w:i w:val="0"/>
          <w:sz w:val="20"/>
        </w:rPr>
        <w:t>Carved into solid rock above the village, this interactive museum charts how the English, Germans, and Norwegians 'discovered'…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Walking Tour — Churches, Kings &amp; Kviknes — </w:t>
      </w:r>
      <w:r>
        <w:rPr>
          <w:rFonts w:ascii="Arial" w:hAnsi="Arial" w:cs="Arial"/>
          <w:b w:val="0"/>
          <w:i w:val="0"/>
          <w:sz w:val="20"/>
        </w:rPr>
        <w:t>A self-guided loop takes in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Heritage Loop: </w:t>
      </w:r>
      <w:r>
        <w:rPr>
          <w:rFonts w:ascii="Arial" w:hAnsi="Arial" w:cs="Arial"/>
          <w:b w:val="0"/>
          <w:i w:val="0"/>
          <w:sz w:val="20"/>
        </w:rPr>
        <w:t>1.5 km · 30 min · Easy — From the quay, stroll south along the waterfront past the Kviknes Hotel to the King Bele Viking…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Dragsvik Ferry Stroll: </w:t>
      </w:r>
      <w:r>
        <w:rPr>
          <w:rFonts w:ascii="Arial" w:hAnsi="Arial" w:cs="Arial"/>
          <w:b w:val="0"/>
          <w:i w:val="0"/>
          <w:sz w:val="20"/>
        </w:rPr>
        <w:t>8 km · 2-2.5 hrs · Easy — Take the small passenger ferry across the Esefjord to Dragsvik, then follow the quiet old country…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4:47AM–10:15PM · Jul 4:26AM–10:51PM · Sep 7:01AM–7:55PM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cruiseports.org/balestrand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Balestrand,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estr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Travel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Woman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Olafs kirke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