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Bakkagerði, East Iceland, Iceland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 fjord hamlet cradled by jagged rhyolite mountains, Bakkagerði draws expedition ships with its world-class puffin colony, elf folklore, and some of Iceland's most dramatic hiking.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(Zodiac/tender boat) · 🕒 Typical call: 5-7 hrs · 💵 Icelandic Króna (ISK) / cards widely accepted · 🗣️ Icelandic (English spoken by most locals) · 🐦 Best May–Aug for puffins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port — ships anchor offshore; Zodiacs/tenders to the small harbor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Tenders land at Hafnarhólmi marina (puffin islet 5-min walk); village center is ~5 km / 3 mi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Puffin watching, hiking Stórurð &amp; Víknaslóðir trails, elf folklore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Hafnarhólmi puffin platforms and Álfaborg (Elf Rock) viewpoint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Puffin Watching at Hafnarhólmi — </w:t>
      </w:r>
      <w:r>
        <w:rPr>
          <w:rFonts w:ascii="Arial" w:hAnsi="Arial" w:cs="Arial"/>
          <w:b w:val="0"/>
          <w:i w:val="0"/>
          <w:sz w:val="20"/>
        </w:rPr>
        <w:t>A wooden walkway leads to a small islet where thousands of Atlantic puffins nest May–August.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Stórurð — The Giant Boulders — </w:t>
      </w:r>
      <w:r>
        <w:rPr>
          <w:rFonts w:ascii="Arial" w:hAnsi="Arial" w:cs="Arial"/>
          <w:b w:val="0"/>
          <w:i w:val="0"/>
          <w:sz w:val="20"/>
        </w:rPr>
        <w:t>A dramatic hike to a glacial boulder field surrounded by vivid rhyolite peaks and a turquoise lake.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Víknaslóðir — Abandoned Fjord Trails — </w:t>
      </w:r>
      <w:r>
        <w:rPr>
          <w:rFonts w:ascii="Arial" w:hAnsi="Arial" w:cs="Arial"/>
          <w:b w:val="0"/>
          <w:i w:val="0"/>
          <w:sz w:val="20"/>
        </w:rPr>
        <w:t>Multi-stage hiking routes across once-inhabited fjords now returned to wilderness.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Álfaborg Elf Rock &amp; Village Walk — </w:t>
      </w:r>
      <w:r>
        <w:rPr>
          <w:rFonts w:ascii="Arial" w:hAnsi="Arial" w:cs="Arial"/>
          <w:b w:val="0"/>
          <w:i w:val="0"/>
          <w:sz w:val="20"/>
        </w:rPr>
        <w:t>Climb the easy trail up Álfaborg — a basalt rock said to house the Elf Queen — for panoramic views, then explore the village…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Boat Safari — Seabirds &amp; Seals — </w:t>
      </w:r>
      <w:r>
        <w:rPr>
          <w:rFonts w:ascii="Arial" w:hAnsi="Arial" w:cs="Arial"/>
          <w:b w:val="0"/>
          <w:i w:val="0"/>
          <w:sz w:val="20"/>
        </w:rPr>
        <w:t>Zodiac or RIB tours around the fjord offer views of puffins from the water, plus chances to spot harbour seals, harlequin ducks…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Hafnarhólmi Puffin Islet: </w:t>
      </w:r>
      <w:r>
        <w:rPr>
          <w:rFonts w:ascii="Arial" w:hAnsi="Arial" w:cs="Arial"/>
          <w:b w:val="0"/>
          <w:i w:val="0"/>
          <w:sz w:val="20"/>
        </w:rPr>
        <w:t>Easy · ~20 min return · flat path — From the tender landing at the harbor, follow the path north along the waterfront to Hafnarhólmi.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Álfaborg (Elf Rock): </w:t>
      </w:r>
      <w:r>
        <w:rPr>
          <w:rFonts w:ascii="Arial" w:hAnsi="Arial" w:cs="Arial"/>
          <w:b w:val="0"/>
          <w:i w:val="0"/>
          <w:sz w:val="20"/>
        </w:rPr>
        <w:t>Easy · ~45 min return · gentle trail — Walk from the village center to Álfaborg, a prominent basalt rock formation.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6:17AM–7:21PM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cruiseports.org/bakkargerdi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Bakkagerði, East Iceland, Iceland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kkargerd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Puffin Adventures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Stórurð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Hafnarhólmi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