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Baffin Island, Nunavut,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Canada's largest island and one of the Arctic's most dramatic stages — sheer granite fjords, drifting icebergs, beluga whales, and ancient Inuit homeland await beyond the floe edge.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Tender/Zodiac only · 🕒 Typical call: 5-8 hrs per community · 💵 Canadian Dollar (CAD) · 🗣️ Inuktitut &amp; English · 🧊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cruise piers — all landings via Zodiac inflatable boats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Communities visited: </w:t>
      </w:r>
      <w:r>
        <w:rPr>
          <w:rFonts w:ascii="Arial" w:hAnsi="Arial" w:cs="Arial"/>
          <w:b w:val="0"/>
          <w:i w:val="0"/>
          <w:sz w:val="20"/>
        </w:rPr>
        <w:t>Iqaluit, Pond Inlet, Pangnirtung, Qikiqtarjuaq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(narwhal, polar bear, walrus), fjord scenery, Inuit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Season: </w:t>
      </w:r>
      <w:r>
        <w:rPr>
          <w:rFonts w:ascii="Arial" w:hAnsi="Arial" w:cs="Arial"/>
          <w:b w:val="0"/>
          <w:i w:val="0"/>
          <w:sz w:val="20"/>
        </w:rPr>
        <w:t>July–September (ice-free coastal access)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~C flat rate — Iqaluit has local taxi service (Caribou Tuktu Cabs) with a flat rate of approximately C per ride within the city. No 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 Ford Fjord Zodiac Cruise — </w:t>
      </w:r>
      <w:r>
        <w:rPr>
          <w:rFonts w:ascii="Arial" w:hAnsi="Arial" w:cs="Arial"/>
          <w:b w:val="0"/>
          <w:i w:val="0"/>
          <w:sz w:val="20"/>
        </w:rPr>
        <w:t>Glide beneath near-vertical granite walls rising over 1,200 m from sea level in one of the world's great fjords.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Narwhal and Beluga Watch — </w:t>
      </w:r>
      <w:r>
        <w:rPr>
          <w:rFonts w:ascii="Arial" w:hAnsi="Arial" w:cs="Arial"/>
          <w:b w:val="0"/>
          <w:i w:val="0"/>
          <w:sz w:val="20"/>
        </w:rPr>
        <w:t>Baffin Bay's North Water Polynya supports one of the Arctic's richest marine ecosystems.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Pangnirtung Inuit Art Visit — </w:t>
      </w:r>
      <w:r>
        <w:rPr>
          <w:rFonts w:ascii="Arial" w:hAnsi="Arial" w:cs="Arial"/>
          <w:b w:val="0"/>
          <w:i w:val="0"/>
          <w:sz w:val="20"/>
        </w:rPr>
        <w:t>Pangnirtung is world-famous for its Inuit tapestries and printmaking.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Auyuittuq National Park Hike — </w:t>
      </w:r>
      <w:r>
        <w:rPr>
          <w:rFonts w:ascii="Arial" w:hAnsi="Arial" w:cs="Arial"/>
          <w:b w:val="0"/>
          <w:i w:val="0"/>
          <w:sz w:val="20"/>
        </w:rPr>
        <w:t>Hike into the Akshayuk Pass — a dramatic glaciated valley flanked by the peaks of Mount Thor (highest vertical cliff on Earth)…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Pond Inlet Community &amp; Sirmilik National Park — </w:t>
      </w:r>
      <w:r>
        <w:rPr>
          <w:rFonts w:ascii="Arial" w:hAnsi="Arial" w:cs="Arial"/>
          <w:b w:val="0"/>
          <w:i w:val="0"/>
          <w:sz w:val="20"/>
        </w:rPr>
        <w:t>Pond Inlet (Mittimatalik) is called the Jewel of the North for good reason: tidewater glaciers, narwhal-rich waters, and a warm…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Pangnirtung Village Stroll: </w:t>
      </w:r>
      <w:r>
        <w:rPr>
          <w:rFonts w:ascii="Arial" w:hAnsi="Arial" w:cs="Arial"/>
          <w:b w:val="0"/>
          <w:i w:val="0"/>
          <w:sz w:val="20"/>
        </w:rPr>
        <w:t>Easy · 1-2 hrs · flat gravel roads — Walk from the Zodiac landing at the Pangnirtung wharf through the hamlet to the Uqqurmiut Centre…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Pond Inlet Hamlet Walk: </w:t>
      </w:r>
      <w:r>
        <w:rPr>
          <w:rFonts w:ascii="Arial" w:hAnsi="Arial" w:cs="Arial"/>
          <w:b w:val="0"/>
          <w:i w:val="0"/>
          <w:sz w:val="20"/>
        </w:rPr>
        <w:t>Easy · 1 hr · flat — From the small boat landing, walk through Mittimatalik along the shoreline road with views across…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3:23AM–9:40PM · Sep 5:58AM–6:57PM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cruiseports.org/baffin-island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