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Baddeck, Nova Scotia,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Cape Breton village on the shores of a UNESCO-biosphere lake, Baddeck punches above its size with world-class history, eagle-dotted waters, and the Cabot Trail at its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(public wharf) · 🕒 Typical call: 6-8 hrs · 💵 Canadian Dollar (CAD) · 🗣️ English / Gaelic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Baddeck public wharf, steps from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— village shops and waterfront are immediately adjacent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scenic lake tours, Cabot Trail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Alexander Graham Bell National Historic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(short rides minimal) — Traditional taxis and the local Giv'er app (ridegiver.app/cape_breton) connect you with licensed Cape Breton drivers. Fa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Alexander Graham Bell National Historic Site — </w:t>
      </w:r>
      <w:r>
        <w:rPr>
          <w:rFonts w:ascii="Arial" w:hAnsi="Arial" w:cs="Arial"/>
          <w:b w:val="0"/>
          <w:i w:val="0"/>
          <w:sz w:val="20"/>
        </w:rPr>
        <w:t>The world's largest collection of Bell artifacts is right here in the village — a short walk from the wharf.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Bras d'Or Lake Boat Tour — </w:t>
      </w:r>
      <w:r>
        <w:rPr>
          <w:rFonts w:ascii="Arial" w:hAnsi="Arial" w:cs="Arial"/>
          <w:b w:val="0"/>
          <w:i w:val="0"/>
          <w:sz w:val="20"/>
        </w:rPr>
        <w:t>Board the WinStar double-decker tour boat from the Baddeck wharf for a narrated cruise across the UNESCO Biosphere Reserve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Cabot Trail Scenic Drive — </w:t>
      </w:r>
      <w:r>
        <w:rPr>
          <w:rFonts w:ascii="Arial" w:hAnsi="Arial" w:cs="Arial"/>
          <w:b w:val="0"/>
          <w:i w:val="0"/>
          <w:sz w:val="20"/>
        </w:rPr>
        <w:t>Baddeck is the traditional gateway to the Cabot Trail, consistently ranked among North America's most scenic drives.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Kidston Island Ferry &amp; Beach — </w:t>
      </w:r>
      <w:r>
        <w:rPr>
          <w:rFonts w:ascii="Arial" w:hAnsi="Arial" w:cs="Arial"/>
          <w:b w:val="0"/>
          <w:i w:val="0"/>
          <w:sz w:val="20"/>
        </w:rPr>
        <w:t>A short passenger ferry from the Baddeck wharf drops you on Kidston Island with a sandy beach, walking trails, and a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Breton Lobster Supper — </w:t>
      </w:r>
      <w:r>
        <w:rPr>
          <w:rFonts w:ascii="Arial" w:hAnsi="Arial" w:cs="Arial"/>
          <w:b w:val="0"/>
          <w:i w:val="0"/>
          <w:sz w:val="20"/>
        </w:rPr>
        <w:t>Nova Scotia lobster suppers are a regional institution.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Village Loop: </w:t>
      </w:r>
      <w:r>
        <w:rPr>
          <w:rFonts w:ascii="Arial" w:hAnsi="Arial" w:cs="Arial"/>
          <w:b w:val="0"/>
          <w:i w:val="0"/>
          <w:sz w:val="20"/>
        </w:rPr>
        <w:t>1.5 km · 25-30 min · Easy — Start at the Baddeck public wharf and walk along the waterfront boardwalk toward the Bell Museum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Baddeck to Bell Estate Viewpoint: </w:t>
      </w:r>
      <w:r>
        <w:rPr>
          <w:rFonts w:ascii="Arial" w:hAnsi="Arial" w:cs="Arial"/>
          <w:b w:val="0"/>
          <w:i w:val="0"/>
          <w:sz w:val="20"/>
        </w:rPr>
        <w:t>1 km · 15 min · Easy — From the Bell Museum grounds, follow the lakeside path to the viewpoint overlooking Bras d'Or Lake…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5:30AM–8:28PM · Jul 5:27AM–8:50PM · Sep 6:41AM–7:13PM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cruiseports.org/baddeck-ns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Baddeck, Nova Scotia,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ddeck-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WinStar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Alexander Graham Bell National 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Uisge Bàn Falls Provincial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